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333333"/>
          <w:sz w:val="28"/>
        </w:rPr>
        <w:t>REEL 1 — A Dor do Family Day</w:t>
      </w:r>
    </w:p>
    <w:p>
      <w:pPr>
        <w:jc w:val="center"/>
      </w:pPr>
      <w:r>
        <w:rPr>
          <w:color w:val="AAAAAA"/>
          <w:sz w:val="20"/>
        </w:rPr>
        <w:t>──────────────────────────────────────────────────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Você fotografou 120 famílias hoje. E agora tem 2.000 fotos pra separar manualmente. Quanto tempo vai levar?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Esse é o cenário real de quem faz Family Day de formatura.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dia foi intenso. Família entra, fotografa, família sai. Durante horas. Pai, mãe, avô, irmão, tudo misturado no cartão.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Quando termina, você olha pro computador e começa: cria pasta da família Silva, identifica as fotos que são deles, arrasta. Abre a pasta da família Souza. Repete.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Com 80 famílias, são facilmente 8 horas de trabalho só nisso. Antes de editar uma única foto.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E o pior: qualquer erro — uma foto do João na galeria do Pedro — é a família que percebe primeiro. É ligação, reclamação, retrabalho.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separação manual não é pós-produção. É trabalho bruto que consome o dia de quem deveria estar editando, atendendo ou descansando para o próximo Family Day.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Cloud PhotoRF da PX3 faz essa separação automaticamente por reconhecimento facial. Você cadastra uma foto de referência de cada família, a IA identifica e cria uma pasta por família. Em minutos. Com 99% de assertividade.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Teste grátis. Link na bio.</w:t>
      </w:r>
    </w:p>
    <w:p>
      <w:r>
        <w:br w:type="page"/>
      </w:r>
    </w:p>
    <w:p>
      <w:pPr>
        <w:jc w:val="center"/>
      </w:pPr>
      <w:r>
        <w:rPr>
          <w:b/>
          <w:color w:val="333333"/>
          <w:sz w:val="28"/>
        </w:rPr>
        <w:t>REEL 2 — O Produto que Poucas Empresas Oferecem Bem</w:t>
      </w:r>
    </w:p>
    <w:p>
      <w:pPr>
        <w:jc w:val="center"/>
      </w:pPr>
      <w:r>
        <w:rPr>
          <w:color w:val="AAAAAA"/>
          <w:sz w:val="20"/>
        </w:rPr>
        <w:t>──────────────────────────────────────────────────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Family Day de formatura é um dos produtos mais lucrativos do segmento. Mas tem uma armadilha que a maioria cai na pós-produção.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ideia é simples: a família toda vai querer estar na foto do dia da formatura. Pai, mãe, irmão, avô. É uma data que não volta. Então a adesão é alta, a disposição de pagar é alta, e a empresa de formatura que oferece isso cria uma receita adicional relevante por turma.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problema aparece depois.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Você faz o Family Day com 80 famílias. Tem um dia intenso, tudo correu bem. Mas na pós-produção você tem 1.500 fotos misturadas e precisa separar por família antes de entregar.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Se você faz isso na mão, a operação come a margem. São horas de trabalho de um funcionário — ou suas próprias horas — que não estão sendo pagas por ninguém.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E se você não consegue entregar rápido, o formando e a família ficam ansiosos. Isso gera reclamação, desgasta a relação e compromete o próximo contrato.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Family Day só é lucrativo de verdade quando a separação é rápida e a entrega é pontual. Sem isso, é produto que gera trabalho sem gerar resultado proporcional.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Cloud PhotoRF automatiza a separação por família usando IA. Empresas de formatura como a G3 Formaturas em Brasília já usam isso no dia a dia.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Teste grátis. Link na bio.</w:t>
      </w:r>
    </w:p>
    <w:p>
      <w:r>
        <w:br w:type="page"/>
      </w:r>
    </w:p>
    <w:p>
      <w:pPr>
        <w:jc w:val="center"/>
      </w:pPr>
      <w:r>
        <w:rPr>
          <w:b/>
          <w:color w:val="333333"/>
          <w:sz w:val="28"/>
        </w:rPr>
        <w:t>REEL 3 — Como o Software Funciona na Prática</w:t>
      </w:r>
    </w:p>
    <w:p>
      <w:pPr>
        <w:jc w:val="center"/>
      </w:pPr>
      <w:r>
        <w:rPr>
          <w:color w:val="AAAAAA"/>
          <w:sz w:val="20"/>
        </w:rPr>
        <w:t>──────────────────────────────────────────────────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Vou te mostrar exatamente como o Cloud PhotoRF separa as fotos de um Family Day de formatura em minutos.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software tem três etapas.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primeira é a pré-separação. Antes mesmo de identificar por família, o sistema descarta automaticamente fotos com olho fechado, desfocadas e com baixa qualidade. Você só trabalha com o que presta.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segunda etapa é o reconhecimento facial. Você usa três pastas: a primeira com todas as fotos do Family Day misturadas como saiu da câmera; a segunda com uma foto de referência de cada família; e a terceira, a pasta de exportação, que fica vazia e o software vai preencher.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Você seleciona as três pastas, clica em processar, e o software identifica quem é quem usando IA de reconhecimento facial.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terceira etapa é a exportação. O sistema gera uma subpasta por família, nomeada automaticamente, com as fotos em alta resolução dentro.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Resultado: onde você levaria 8 horas separando manualmente, o Cloud PhotoRF entrega em minutos. Com 99% de assertividade.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software é instalado no seu computador — Windows ou Mac. Processa localmente, sem enviar foto para nenhum servidor externo.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Se você faz Family Day de formatura e ainda separa na mão, testa o Cloud PhotoRF antes do próximo evento.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Teste grátis. Link na bio.</w:t>
      </w:r>
    </w:p>
    <w:p>
      <w:r>
        <w:br w:type="page"/>
      </w:r>
    </w:p>
    <w:p>
      <w:pPr>
        <w:jc w:val="center"/>
      </w:pPr>
      <w:r>
        <w:rPr>
          <w:b/>
          <w:color w:val="333333"/>
          <w:sz w:val="28"/>
        </w:rPr>
        <w:t>REEL 4 — O Prazo que o Formando Espera</w:t>
      </w:r>
    </w:p>
    <w:p>
      <w:pPr>
        <w:jc w:val="center"/>
      </w:pPr>
      <w:r>
        <w:rPr>
          <w:color w:val="AAAAAA"/>
          <w:sz w:val="20"/>
        </w:rPr>
        <w:t>──────────────────────────────────────────────────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Family Day foi ontem. Em quantos dias você entrega as fotos para a família?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Essa pergunta importa mais do que parece.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família tirou a foto em um momento único. Formatura não se repete. A emoção está fresca. O formando quer postar, a mãe quer mandar no grupo de família, o avô quer imprimir e colocar no porta-retrato.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Quanto mais você demora, mais essa energia esfria. E quando a foto chega depois de 15, 20 dias, já passou o momento.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problema é que sem sistema de separação, o prazo de entrega é diretamente proporcional ao número de famílias que você fotografou. 50 famílias: 5 dias de trabalho só na separação. 100 famílias: mais. E isso antes de editar uma foto.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fotógrafo que entrega em 3 dias ganha o comentário positivo, a indicação para a próxima turma e o contrato renovado com a assessoria de formatura.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fotógrafo que demora 15 dias entrega a foto tecnicamente igual — mas a experiência já não é a mesma. E no mercado de formatura, experiência e reputação caminham juntas.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Com o Cloud PhotoRF, a separação das fotos de um Family Day inteiro leva minutos. A edição começa no mesmo dia. A entrega acontece em dias, não em semanas.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Teste grátis. Link na bio.</w:t>
      </w:r>
    </w:p>
    <w:p>
      <w:r>
        <w:br w:type="page"/>
      </w:r>
    </w:p>
    <w:p>
      <w:pPr>
        <w:jc w:val="center"/>
      </w:pPr>
      <w:r>
        <w:rPr>
          <w:b/>
          <w:color w:val="333333"/>
          <w:sz w:val="28"/>
        </w:rPr>
        <w:t>REEL 5 — Quanto Você Perde Por Hora Separando na Mão</w:t>
      </w:r>
    </w:p>
    <w:p>
      <w:pPr>
        <w:jc w:val="center"/>
      </w:pPr>
      <w:r>
        <w:rPr>
          <w:color w:val="AAAAAA"/>
          <w:sz w:val="20"/>
        </w:rPr>
        <w:t>──────────────────────────────────────────────────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Quanto você realmente ganha por Family Day de formatura? Faz o cálculo comigo.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Vamos supor um contrato de R$4.000 por Family Day com 80 famílias. Oito horas de evento. Parece bom.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Mas você não para no evento. Depois tem pós-produção.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Só a separação — criar pasta por família, identificar as fotos de cada grupo, garantir que não houve erro — leva em torno de 8 horas para 80 famílias quando feita na mão. Esse é um número real de quem trabalha com esse volume.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Então você já está em 16 horas de trabalho. Ainda sem editar uma foto.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Divide R$4.000 por 16 horas: R$250 por hora. Tira deslocamento, equipamento, licença de software de edição: chega em R$180 ou menos.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Agora a virada: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Se a separação dessas 80 famílias levasse 20 minutos no lugar de 8 horas, você voltaria para quase R$500 por hora naquele contrato. Ou poderia fechar um segundo Family Day na mesma semana.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Dois contratos de R$4.000. As mesmas horas de trabalho real.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Isso não é teoria. É o que muda quando você tira a separação manual do workflow.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Cloud PhotoRF faz a separação por família em minutos usando IA de reconhecimento facial. Teste grátis. Link na bio.</w:t>
      </w:r>
    </w:p>
    <w:p>
      <w:r>
        <w:br w:type="page"/>
      </w:r>
    </w:p>
    <w:p>
      <w:pPr>
        <w:jc w:val="center"/>
      </w:pPr>
      <w:r>
        <w:rPr>
          <w:b/>
          <w:color w:val="333333"/>
          <w:sz w:val="28"/>
        </w:rPr>
        <w:t>REEL 6 — O Erro que Nenhuma Família Perdoa</w:t>
      </w:r>
    </w:p>
    <w:p>
      <w:pPr>
        <w:jc w:val="center"/>
      </w:pPr>
      <w:r>
        <w:rPr>
          <w:color w:val="AAAAAA"/>
          <w:sz w:val="20"/>
        </w:rPr>
        <w:t>──────────────────────────────────────────────────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Foto da família do João na galeria da família do Pedro. Isso já aconteceu com você?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É um dos erros mais comuns em Family Day de formatura feito com separação manual.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Você passou horas organizando. Cansado, na décima pasta, já não é mais tão cuidadoso quanto na primeira. Uma foto vai pra pasta errada. Ou duas. Ou cinco.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Aí a família acessa a galeria e vê estranhos no meio das próprias fotos. Ou pior: algumas fotos estão faltando porque foram parar em outra pasta.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No mercado de formatura, a reputação se constrói lentamente e se perde rápido. Uma reclamação em grupo de turma se espalha. A assessoria de formatura fica sabendo. O próximo contrato fica em risco.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Não é só o retrabalho de corrigir a separação. É o desgaste com a família no momento mais emocional do evento. Formatura não dá segunda chance. A foto era pra ser perfeita.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separação manual, por mais cuidadosa que seja, tem margem de erro humano. Especialmente quando o volume é alto e o fotógrafo está cansado depois de um dia inteiro de Family Day.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Cloud PhotoRF usa reconhecimento facial e entrega 99%+ de assertividade na separação. Você não precisa mais torcer pra não ter errado.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Teste grátis. Link na bio.</w:t>
      </w:r>
    </w:p>
    <w:p>
      <w:r>
        <w:br w:type="page"/>
      </w:r>
    </w:p>
    <w:p>
      <w:pPr>
        <w:jc w:val="center"/>
      </w:pPr>
      <w:r>
        <w:rPr>
          <w:b/>
          <w:color w:val="333333"/>
          <w:sz w:val="28"/>
        </w:rPr>
        <w:t>REEL 7 — Escalar o Family Day</w:t>
      </w:r>
    </w:p>
    <w:p>
      <w:pPr>
        <w:jc w:val="center"/>
      </w:pPr>
      <w:r>
        <w:rPr>
          <w:color w:val="AAAAAA"/>
          <w:sz w:val="20"/>
        </w:rPr>
        <w:t>──────────────────────────────────────────────────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Uma empresa de formatura que faz 1 Family Day por mês e uma que faz 4. O que muda na operação?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diferença não está no número de fotógrafos contratados. Na maioria dos casos, está no workflow de pós-produção.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Quem faz 1 Family Day por mês pode se dar ao luxo de separar manualmente. É trabalhoso, mas cabe no cronograma.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Quem quer fazer 4 por mês — um por semana — não consegue. Com separação manual, o trabalho de uma semana não termina antes da semana seguinte começar. Começa a acumular. Prazo atrasa. Qualidade cai. Equipe fica sobrecarregada.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Então a empresa trava. Não por falta de demanda. Por falta de operação.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Family Day é um dos produtos de maior margem em formatura. A adesão da família é alta, o emocional justifica o investimento, e não exige campanha elaborada para vender. A demanda existe.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que separa quem atende 1 por mês de quem atende 4 é simples: quem automatizou a separação consegue processar o volume sem travar o restante da operação.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Gabriel Matos, da G3 Formaturas em Brasília, usa o Cloud PhotoRF há mais de um ano exatamente por isso. Nas palavras dele: adiantou bastante o nosso fluxo de trabalho.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Se você quer escalar o volume de Family Days sem contratar mais gente ou sacrificar prazo, o Cloud PhotoRF é o ponto de partida.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Teste grátis. Link na bio.</w:t>
      </w:r>
    </w:p>
    <w:p>
      <w:r>
        <w:br w:type="page"/>
      </w:r>
    </w:p>
    <w:p>
      <w:pPr>
        <w:jc w:val="center"/>
      </w:pPr>
      <w:r>
        <w:rPr>
          <w:b/>
          <w:color w:val="333333"/>
          <w:sz w:val="28"/>
        </w:rPr>
        <w:t>REEL 8 — Da Separação à Entrega com Photo Drive</w:t>
      </w:r>
    </w:p>
    <w:p>
      <w:pPr>
        <w:jc w:val="center"/>
      </w:pPr>
      <w:r>
        <w:rPr>
          <w:color w:val="AAAAAA"/>
          <w:sz w:val="20"/>
        </w:rPr>
        <w:t>──────────────────────────────────────────────────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Esse é o fluxo completo de um Family Day de formatura — da separação até a família selecionar as próprias fotos.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maioria das empresas de formatura resolve a separação e entrega as fotos em um link para o formando repassar para a família. Tecnicamente funciona. Mas tem um nível acima.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Com o fluxo da PX3, o processo fica assim: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Primeiro passo — separação. Você usa o Cloud PhotoRF. Uma foto de referência de cada família, o software identifica por reconhecimento facial e cria uma pasta por família automaticamente. 99% de assertividade. O que levaria 8 horas na mão, fica pronto em minutos.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Segundo passo — galeria personalizada. Você usa o Photo Drive, que é um plugin WordPress integrado ao seu Google Drive. Cria uma galeria para cada família. A própria família acessa as próprias fotos com marca d'água, pode selecionar a quantidade que você definiu no contrato, e você recebe as escolhas para fazer a entrega final.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Cada família recebe um link próprio. Vê só as próprias fotos. Seleciona dentro do limite contratado. Tudo com o visual da sua empresa ou da assessoria de formatura.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Isso é diferente de mandar uma pasta no Drive. É diferente de um link genérico no WhatsApp. É um produto de entrega estruturado.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Esse nível de entrega é o que faz a assessoria de formatura preferir o seu nome para os próximos contratos.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Cloud PhotoRF: teste grátis em px3lab.com.br/cloud-photorf/</w:t>
        <w:br/>
        <w:t>Photo Drive: demonstração gratuita, link na bio.</w:t>
      </w:r>
    </w:p>
    <w:p>
      <w:r>
        <w:br w:type="page"/>
      </w:r>
    </w:p>
    <w:p>
      <w:pPr>
        <w:jc w:val="center"/>
      </w:pPr>
      <w:r>
        <w:rPr>
          <w:b/>
          <w:color w:val="333333"/>
          <w:sz w:val="28"/>
        </w:rPr>
        <w:t>REEL 9 — Por que o Family Day Virou Produto</w:t>
      </w:r>
    </w:p>
    <w:p>
      <w:pPr>
        <w:jc w:val="center"/>
      </w:pPr>
      <w:r>
        <w:rPr>
          <w:color w:val="AAAAAA"/>
          <w:sz w:val="20"/>
        </w:rPr>
        <w:t>──────────────────────────────────────────────────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formatura é do aluno. Mas quem mais quer estar na foto? A família inteira. E tem empresa de formatura que ainda não monetizou isso.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Family Day de formatura surgiu de uma necessidade real e emocional: o formando recebe o diploma, mas os pais bancaram a faculdade. Os avós acompanharam a trajetória. O irmão mais novo admira. Todo mundo quer estar na foto daquele dia.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empresa de formatura que percebeu isso criou um produto adicional: um dia de ensaio onde a família inteira vai ao estúdio ou local com o formando. Com a toga, com produção, com o clima de formatura.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 adesão é alta porque o apelo é emocional. As famílias não precisam ser convencidas com muito argumento — elas já querem estar ali.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É receita adicional por turma, com custo marginal baixo para quem já tem a estrutura de fotografia montada.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que impede algumas empresas de formatura de oferecer ou escalar esse produto não é a demanda. É a pós-produção.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Com 80 ou 100 famílias fotografadas em um dia, a separação manual se torna um gargalo que limita o quanto você consegue crescer. Cada Family Day a mais exige horas a mais de trabalho operacional sem aumento proporcional de receita.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Quem automatizou essa etapa oferece o produto com frequência e margem. Quem não automatizou, vê no Family Day um trabalho que custa mais do que aparece no contrato.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O Cloud PhotoRF automatiza a separação por família e tira esse gargalo do caminho. Teste grátis. Link na bio.</w:t>
      </w:r>
    </w:p>
    <w:p>
      <w:r>
        <w:br w:type="page"/>
      </w:r>
    </w:p>
    <w:p>
      <w:pPr>
        <w:jc w:val="center"/>
      </w:pPr>
      <w:r>
        <w:rPr>
          <w:b/>
          <w:color w:val="333333"/>
          <w:sz w:val="28"/>
        </w:rPr>
        <w:t>REEL 10 — Transformação</w:t>
      </w:r>
    </w:p>
    <w:p>
      <w:pPr>
        <w:jc w:val="center"/>
      </w:pPr>
      <w:r>
        <w:rPr>
          <w:color w:val="AAAAAA"/>
          <w:sz w:val="20"/>
        </w:rPr>
        <w:t>──────────────────────────────────────────────────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Segunda-feira de manhã depois do Family Day de formatura. Duas mil fotos no computador. Zero separado. Você sabe o que vem a seguir.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Antes:</w:t>
        <w:br/>
        <w:t>Abre o gerenciador de arquivos. Cria pasta família Alves. Vai no Lightroom. Identifica as fotos. Arrasta. Fecha. Abre a próxima. Repete.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Cem famílias. Oito horas. Cansativo, repetitivo, sujeito a erro. E você nem começou a editar.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Depois com o Cloud PhotoRF:</w:t>
        <w:br/>
        <w:t>Você coloca a pasta com todas as fotos brutas, a pasta com uma foto de referência de cada família, e a pasta de exportação vazia. Clica em processar.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Em minutos o software entrega uma pasta por família, nomeada automaticamente, com as fotos em alta resolução dentro.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Você abre. Confere. Está lá: família Alves, família Borges, família Costa. Cada uma com as próprias fotos.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Você começa a editar no mesmo dia.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Gabriel Matos, da G3 Formaturas de Brasília, usa isso há mais de um ano. Nas palavras dele: você tem a certeza que vai separar as fotos certinho.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Esse tipo de certeza muda um dia de trabalho inteiro.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Cloud PhotoRF da PX3. Teste grátis. Você mesmo vê a diferença no primeiro Family Day.</w:t>
      </w:r>
    </w:p>
    <w:p>
      <w:pPr>
        <w:spacing w:line="520" w:lineRule="exact"/>
        <w:jc w:val="left"/>
      </w:pPr>
      <w:r>
        <w:rPr>
          <w:rFonts w:ascii="Arial" w:hAnsi="Arial"/>
          <w:sz w:val="34"/>
        </w:rPr>
        <w:t>Link na bio.</w:t>
      </w:r>
    </w:p>
    <w:sectPr w:rsidR="00FC693F" w:rsidRPr="0006063C" w:rsidSect="00034616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