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299" w:lineRule="exact"/>
        <w:jc w:val="center"/>
      </w:pPr>
      <w:r>
        <w:rPr>
          <w:b/>
          <w:color w:val="0D47A1"/>
          <w:sz w:val="40"/>
        </w:rPr>
        <w:t>PX3 Lab — Cloud PhotoRF</w:t>
      </w:r>
    </w:p>
    <w:p>
      <w:pPr>
        <w:spacing w:before="0" w:after="80" w:line="299" w:lineRule="exact"/>
        <w:jc w:val="center"/>
      </w:pPr>
      <w:r>
        <w:rPr>
          <w:b/>
          <w:color w:val="1A1A2E"/>
          <w:sz w:val="32"/>
        </w:rPr>
        <w:t>ROTEIROS PARA REELS — CONAFOR SMART</w:t>
      </w:r>
    </w:p>
    <w:p>
      <w:pPr>
        <w:spacing w:before="0" w:after="80" w:line="299" w:lineRule="exact"/>
        <w:jc w:val="center"/>
      </w:pPr>
      <w:r>
        <w:rPr>
          <w:color w:val="757575"/>
          <w:sz w:val="24"/>
        </w:rPr>
        <w:t>19 de agosto de 2026 | Santa Fé/PR | Sede Zangraf</w:t>
      </w:r>
    </w:p>
    <w:p>
      <w:pPr>
        <w:spacing w:before="0" w:after="320" w:line="299" w:lineRule="exact"/>
        <w:jc w:val="center"/>
      </w:pPr>
      <w:r>
        <w:rPr>
          <w:i/>
          <w:color w:val="9E9E9E"/>
          <w:sz w:val="22"/>
        </w:rPr>
        <w:t>Elaborado por Jonathan — Copywriting | Climb Digital</w:t>
      </w:r>
    </w:p>
    <w:p>
      <w:r>
        <w:br w:type="page"/>
      </w:r>
    </w:p>
    <w:p>
      <w:pPr>
        <w:spacing w:before="240" w:after="160" w:line="299" w:lineRule="exact"/>
        <w:jc w:val="center"/>
      </w:pPr>
      <w:r>
        <w:rPr>
          <w:b/>
          <w:color w:val="0D47A1"/>
          <w:sz w:val="36"/>
        </w:rPr>
        <w:t>SEÇÃO 1 — ANTECIPAÇÃO</w:t>
      </w:r>
    </w:p>
    <w:p>
      <w:pPr>
        <w:spacing w:before="0" w:after="320" w:line="299" w:lineRule="exact"/>
        <w:jc w:val="center"/>
      </w:pPr>
      <w:r>
        <w:rPr>
          <w:i/>
          <w:color w:val="757575"/>
          <w:sz w:val="24"/>
        </w:rPr>
        <w:t>10 Reels para publicar antes do evento (até 18 de agosto)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01 — O benefício que não vai sair daqui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45-55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A PX3 vai levar uma surpresa pro CONAFOR Smart.</w:t>
        <w:br/>
        <w:t>A gente não vai anunciar antes.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No dia 19 de agosto, a PX3 vai estar no CONAFOR Smart, lá em Santa Fé, no Paraná.</w:t>
      </w:r>
    </w:p>
    <w:p>
      <w:pPr>
        <w:spacing w:before="0" w:after="80" w:line="299" w:lineRule="exact"/>
      </w:pPr>
      <w:r>
        <w:rPr>
          <w:sz w:val="26"/>
        </w:rPr>
        <w:t>E a gente vai levar um benefício exclusivo que só quem aparecer pessoalmente no nosso stand vai ter acesso.</w:t>
      </w:r>
    </w:p>
    <w:p>
      <w:pPr>
        <w:spacing w:before="0" w:after="80" w:line="299" w:lineRule="exact"/>
      </w:pPr>
      <w:r>
        <w:rPr>
          <w:sz w:val="26"/>
        </w:rPr>
        <w:t>Eu não vou falar aqui o que é. Não vou fazer post revelando. Não vou mandar no grupo.</w:t>
      </w:r>
    </w:p>
    <w:p>
      <w:pPr>
        <w:spacing w:before="0" w:after="80" w:line="299" w:lineRule="exact"/>
      </w:pPr>
      <w:r>
        <w:rPr>
          <w:sz w:val="26"/>
        </w:rPr>
        <w:t>Quem quiser, vai ter que aparecer.</w:t>
      </w:r>
    </w:p>
    <w:p>
      <w:pPr>
        <w:spacing w:before="0" w:after="80" w:line="299" w:lineRule="exact"/>
      </w:pPr>
      <w:r>
        <w:rPr>
          <w:sz w:val="26"/>
        </w:rPr>
        <w:t>Se você fotografa formatura ou trabalha com Family Day, você sabe que a temporada não perdoa. Cada vantagem que você não pega agora, alguém do mercado está pegando no seu lugar.</w:t>
      </w:r>
    </w:p>
    <w:p>
      <w:pPr>
        <w:spacing w:before="0" w:after="80" w:line="299" w:lineRule="exact"/>
      </w:pPr>
      <w:r>
        <w:rPr>
          <w:sz w:val="26"/>
        </w:rPr>
        <w:t>Dia 19, Santa Fé. CONAFOR Smart. Stand da PX3.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Me segue pra ficar de olho. E se você vai pro evento — aparece lá. Vai valer.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02 — Quanto tempo você perdeu separando foto por família?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40-50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Quantas horas você gastou separando foto por família</w:t>
        <w:br/>
        <w:t>na última formatura?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Sério. Para um segundo e pensa.</w:t>
      </w:r>
    </w:p>
    <w:p>
      <w:pPr>
        <w:spacing w:before="0" w:after="80" w:line="299" w:lineRule="exact"/>
      </w:pPr>
      <w:r>
        <w:rPr>
          <w:sz w:val="26"/>
        </w:rPr>
        <w:t>Você fotografou o Family Day, veio com dois mil, três mil fotos. E aí começou o trabalho de verdade: abrir pasta por pasta, procurar o rosto da família X, mover pro lugar certo, repetir isso duzentas vezes.</w:t>
      </w:r>
    </w:p>
    <w:p>
      <w:pPr>
        <w:spacing w:before="0" w:after="80" w:line="299" w:lineRule="exact"/>
      </w:pPr>
      <w:r>
        <w:rPr>
          <w:sz w:val="26"/>
        </w:rPr>
        <w:t>Horas. Talvez dias.</w:t>
      </w:r>
    </w:p>
    <w:p>
      <w:pPr>
        <w:spacing w:before="0" w:after="80" w:line="299" w:lineRule="exact"/>
      </w:pPr>
      <w:r>
        <w:rPr>
          <w:sz w:val="26"/>
        </w:rPr>
        <w:t>E se eu te dissesse que esse trabalho pode ser feito em minutos? Sem você tocar em foto nenhuma? Com 99% de assertividade, inclusive foto de perfil, foto lateral, criança, avô com óculos?</w:t>
      </w:r>
    </w:p>
    <w:p>
      <w:pPr>
        <w:spacing w:before="0" w:after="80" w:line="299" w:lineRule="exact"/>
      </w:pPr>
      <w:r>
        <w:rPr>
          <w:sz w:val="26"/>
        </w:rPr>
        <w:t>Isso é o que o Cloud PhotoRF já faz. E no CONAFOR Smart, dia 19 de agosto, em Santa Fé, a gente vai estar lá com algo a mais pra quem aparecer no nosso stand.</w:t>
      </w:r>
    </w:p>
    <w:p>
      <w:pPr>
        <w:spacing w:before="0" w:after="80" w:line="299" w:lineRule="exact"/>
      </w:pPr>
      <w:r>
        <w:rPr>
          <w:sz w:val="26"/>
        </w:rPr>
        <w:t>Não vou falar o quê agora.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Mas se você ainda separa foto na mão — esse evento é pra você. Salva esse vídeo e anota a data: 19/08.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03 — A temporada não espera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35-45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Faltam menos de 5 semanas pro CONAFOR Smart.</w:t>
        <w:br/>
        <w:t>E a temporada de formatura já está chegando.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19 de agosto. Santa Fé, Paraná. CONAFOR Smart.</w:t>
      </w:r>
    </w:p>
    <w:p>
      <w:pPr>
        <w:spacing w:before="0" w:after="80" w:line="299" w:lineRule="exact"/>
      </w:pPr>
      <w:r>
        <w:rPr>
          <w:sz w:val="26"/>
        </w:rPr>
        <w:t>A gente vai estar lá. E a temporada de formaturas começa logo depois. Se você vai trabalhar com Family Day esse segundo semestre, esse evento é o momento de se preparar.</w:t>
      </w:r>
    </w:p>
    <w:p>
      <w:pPr>
        <w:spacing w:before="0" w:after="80" w:line="299" w:lineRule="exact"/>
      </w:pPr>
      <w:r>
        <w:rPr>
          <w:sz w:val="26"/>
        </w:rPr>
        <w:t>Modelo de negócio, operação, diferencial competitivo. E no stand da PX3, a gente vai ter um benefício exclusivo pra quem aparecer. Uma coisa que eu prefiro não anunciar aqui porque faria menos sentido assim.</w:t>
      </w:r>
    </w:p>
    <w:p>
      <w:pPr>
        <w:spacing w:before="0" w:after="80" w:line="299" w:lineRule="exact"/>
      </w:pPr>
      <w:r>
        <w:rPr>
          <w:sz w:val="26"/>
        </w:rPr>
        <w:t>Tem que ser pessoalmente.</w:t>
      </w:r>
    </w:p>
    <w:p>
      <w:pPr>
        <w:spacing w:before="0" w:after="80" w:line="299" w:lineRule="exact"/>
      </w:pPr>
      <w:r>
        <w:rPr>
          <w:sz w:val="26"/>
        </w:rPr>
        <w:t>Você vai pro CONAFOR Smart? Me fala nos comentários. E se vai, aparece no nosso stand.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Marca quem você conhece que trabalha com Family Day — porque esse conteúdo vai fazer diferença pra essa pessoa.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04 — Por que a PX3 vai estar no maior evento de Family Day do PR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45-60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Existe um gargalo no Family Day que a maioria dos fotógrafos</w:t>
        <w:br/>
        <w:t>ainda resolve na mão.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Family Day virou um dos modelos de negócio mais quentes dentro do mercado de formatura. Evento complementar, ticket médio alto, fidelização da turma antes do baile.</w:t>
      </w:r>
    </w:p>
    <w:p>
      <w:pPr>
        <w:spacing w:before="0" w:after="80" w:line="299" w:lineRule="exact"/>
      </w:pPr>
      <w:r>
        <w:rPr>
          <w:sz w:val="26"/>
        </w:rPr>
        <w:t>Mas tem um gargalo que todo mundo que entra nesse modelo descobre cedo: a separação de fotos por família. Você sai do evento com milhares de fotos e precisa entregar uma pasta personalizada pra cada família. É operacionalmente pesado. É lento. É o ponto que trava a escala.</w:t>
      </w:r>
    </w:p>
    <w:p>
      <w:pPr>
        <w:spacing w:before="0" w:after="80" w:line="299" w:lineRule="exact"/>
      </w:pPr>
      <w:r>
        <w:rPr>
          <w:sz w:val="26"/>
        </w:rPr>
        <w:t>A PX3 resolve exatamente isso com o Cloud PhotoRF. IA que separa, identifica e entrega pasta por família — em minutos.</w:t>
      </w:r>
    </w:p>
    <w:p>
      <w:pPr>
        <w:spacing w:before="0" w:after="80" w:line="299" w:lineRule="exact"/>
      </w:pPr>
      <w:r>
        <w:rPr>
          <w:sz w:val="26"/>
        </w:rPr>
        <w:t>Por isso a gente vai estar no CONAFOR Smart, dia 19 de agosto, em Santa Fé. Porque esse é o evento de quem quer dominar o Family Day esse semestre.</w:t>
      </w:r>
    </w:p>
    <w:p>
      <w:pPr>
        <w:spacing w:before="0" w:after="80" w:line="299" w:lineRule="exact"/>
      </w:pPr>
      <w:r>
        <w:rPr>
          <w:sz w:val="26"/>
        </w:rPr>
        <w:t>E a gente vai com um benefício exclusivo no stand. Só pra quem aparecer.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Se você vai pro evento, anota: stand da PX3 Lab. A gente se vê lá.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05 — O que vai ter no stand da PX3 no CONAFOR Smart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40-50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Vou te contar o que vai ter no stand da PX3</w:t>
        <w:br/>
        <w:t>no CONAFOR Smart. Quase tudo.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Dia 19 de agosto, em Santa Fé, no CONAFOR Smart, a PX3 vai estar com um stand montado.</w:t>
      </w:r>
    </w:p>
    <w:p>
      <w:pPr>
        <w:spacing w:before="0" w:after="80" w:line="299" w:lineRule="exact"/>
      </w:pPr>
      <w:r>
        <w:rPr>
          <w:sz w:val="26"/>
        </w:rPr>
        <w:t>O que você vai poder ver lá: demonstração ao vivo do Cloud PhotoRF. Upload de foto, IA processando, entrega por família em minutos. Na sua frente, em tempo real. Nada de slide, nada de vídeo gravado — o sistema funcionando.</w:t>
      </w:r>
    </w:p>
    <w:p>
      <w:pPr>
        <w:spacing w:before="0" w:after="80" w:line="299" w:lineRule="exact"/>
      </w:pPr>
      <w:r>
        <w:rPr>
          <w:sz w:val="26"/>
        </w:rPr>
        <w:t>Você pode trazer suas fotos se quiser. A gente roda ao vivo com o seu material.</w:t>
      </w:r>
    </w:p>
    <w:p>
      <w:pPr>
        <w:spacing w:before="0" w:after="80" w:line="299" w:lineRule="exact"/>
      </w:pPr>
      <w:r>
        <w:rPr>
          <w:sz w:val="26"/>
        </w:rPr>
        <w:t>Isso é o que eu posso te contar agora.</w:t>
      </w:r>
    </w:p>
    <w:p>
      <w:pPr>
        <w:spacing w:before="0" w:after="80" w:line="299" w:lineRule="exact"/>
      </w:pPr>
      <w:r>
        <w:rPr>
          <w:sz w:val="26"/>
        </w:rPr>
        <w:t>Tem uma coisa a mais que a gente preparou pro evento. Um benefício que vai ser revelado só lá. Não tem post, não tem antecipação, não tem story explicando.</w:t>
      </w:r>
    </w:p>
    <w:p>
      <w:pPr>
        <w:spacing w:before="0" w:after="80" w:line="299" w:lineRule="exact"/>
      </w:pPr>
      <w:r>
        <w:rPr>
          <w:sz w:val="26"/>
        </w:rPr>
        <w:t>Tem que ser pessoalmente.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Se você vai pro CONAFOR Smart, salva esse vídeo. E aparece no stand da PX3.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06 — Quem não aparecer não vai saber o que perdeu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35-45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Dia 19, a PX3 vai anunciar algo pro mercado de Family Day.</w:t>
        <w:br/>
        <w:t>Mas só quem estiver presente vai saber.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Não vou postar depois. Não vou fazer live revelando. Não vou mandar no grupo de WhatsApp.</w:t>
      </w:r>
    </w:p>
    <w:p>
      <w:pPr>
        <w:spacing w:before="0" w:after="80" w:line="299" w:lineRule="exact"/>
      </w:pPr>
      <w:r>
        <w:rPr>
          <w:sz w:val="26"/>
        </w:rPr>
        <w:t>Quem aparecer no stand da PX3 no CONAFOR Smart, dia 19 de agosto, em Santa Fé, vai saber.</w:t>
      </w:r>
    </w:p>
    <w:p>
      <w:pPr>
        <w:spacing w:before="0" w:after="80" w:line="299" w:lineRule="exact"/>
      </w:pPr>
      <w:r>
        <w:rPr>
          <w:sz w:val="26"/>
        </w:rPr>
        <w:t>Quem não aparecer... vai ver o concorrente usando e vai perguntar onde ele conseguiu.</w:t>
      </w:r>
    </w:p>
    <w:p>
      <w:pPr>
        <w:spacing w:before="0" w:after="80" w:line="299" w:lineRule="exact"/>
      </w:pPr>
      <w:r>
        <w:rPr>
          <w:sz w:val="26"/>
        </w:rPr>
        <w:t>Eu sei que parece exagero. Mas o mercado de Family Day está crescendo agora, nesse segundo semestre. As vantagens que você não pega hoje, alguém está pegando.</w:t>
      </w:r>
    </w:p>
    <w:p>
      <w:pPr>
        <w:spacing w:before="0" w:after="80" w:line="299" w:lineRule="exact"/>
      </w:pPr>
      <w:r>
        <w:rPr>
          <w:sz w:val="26"/>
        </w:rPr>
        <w:t>Dia 19. CONAFOR Smart. Stand da PX3 Lab.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Salva esse vídeo. E me marca aqui embaixo se você vai estar no evento.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07 — Eu quero te ver lá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30-40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Eu vou estar pessoalmente no CONAFOR Smart.</w:t>
        <w:br/>
        <w:t>E tem um motivo pra você aparecer no nosso stand.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Dia 19 de agosto, eu vou estar em Santa Fé, no CONAFOR Smart, no stand da PX3.</w:t>
      </w:r>
    </w:p>
    <w:p>
      <w:pPr>
        <w:spacing w:before="0" w:after="80" w:line="299" w:lineRule="exact"/>
      </w:pPr>
      <w:r>
        <w:rPr>
          <w:sz w:val="26"/>
        </w:rPr>
        <w:t>E quero te convidar pessoalmente pra aparecer lá.</w:t>
      </w:r>
    </w:p>
    <w:p>
      <w:pPr>
        <w:spacing w:before="0" w:after="80" w:line="299" w:lineRule="exact"/>
      </w:pPr>
      <w:r>
        <w:rPr>
          <w:sz w:val="26"/>
        </w:rPr>
        <w:t>Não pra te vender nada na porrada. Pra você ver o Cloud PhotoRF funcionando, conversar sobre a sua operação de Family Day, e — se fizer sentido — aproveitar um benefício que a gente está preparando especificamente pra quem aparecer no evento.</w:t>
      </w:r>
    </w:p>
    <w:p>
      <w:pPr>
        <w:spacing w:before="0" w:after="80" w:line="299" w:lineRule="exact"/>
      </w:pPr>
      <w:r>
        <w:rPr>
          <w:sz w:val="26"/>
        </w:rPr>
        <w:t>Eu não anunciei em nenhum canal o que é esse benefício. E não vou anunciar.</w:t>
      </w:r>
    </w:p>
    <w:p>
      <w:pPr>
        <w:spacing w:before="0" w:after="80" w:line="299" w:lineRule="exact"/>
      </w:pPr>
      <w:r>
        <w:rPr>
          <w:sz w:val="26"/>
        </w:rPr>
        <w:t>Algumas coisas têm mais valor quando são presenciais. Esse é um desses momentos.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Me vê lá. Dia 19, Santa Fé. CONAFOR Smart, stand da PX3.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08 — 99% de assertividade. Inclusive a foto de perfil.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45-55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O que o Cloud PhotoRF faz com fotos laterais</w:t>
        <w:br/>
        <w:t>e de perfil vai te surpreender.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Uma das primeiras objeções que a gente ouve quando fala de reconhecimento facial é essa: 'mas e a foto de lado? E quando o rosto está cortado? E quando a criança está de costas?'</w:t>
      </w:r>
    </w:p>
    <w:p>
      <w:pPr>
        <w:spacing w:before="0" w:after="80" w:line="299" w:lineRule="exact"/>
      </w:pPr>
      <w:r>
        <w:rPr>
          <w:sz w:val="26"/>
        </w:rPr>
        <w:t>O Cloud PhotoRF identifica com mais de 99% de assertividade. Foto frontal, lateral, de perfil, em movimento. Criança. Adulto. Idoso. Com óculos, sem óculos. Com chapéu.</w:t>
      </w:r>
    </w:p>
    <w:p>
      <w:pPr>
        <w:spacing w:before="0" w:after="80" w:line="299" w:lineRule="exact"/>
      </w:pPr>
      <w:r>
        <w:rPr>
          <w:sz w:val="26"/>
        </w:rPr>
        <w:t>Num evento de 150 famílias, com 3 mil fotos, a separação completa sai em minutos. Cada família recebe sua pasta, nomeada, pronta pra entregar.</w:t>
      </w:r>
    </w:p>
    <w:p>
      <w:pPr>
        <w:spacing w:before="0" w:after="80" w:line="299" w:lineRule="exact"/>
      </w:pPr>
      <w:r>
        <w:rPr>
          <w:sz w:val="26"/>
        </w:rPr>
        <w:t>Essa tecnologia vai estar ao vivo no CONAFOR Smart, dia 19, em Santa Fé. Você pode levar seu material e ver o sistema rodando com as suas fotos.</w:t>
      </w:r>
    </w:p>
    <w:p>
      <w:pPr>
        <w:spacing w:before="0" w:after="80" w:line="299" w:lineRule="exact"/>
      </w:pPr>
      <w:r>
        <w:rPr>
          <w:sz w:val="26"/>
        </w:rPr>
        <w:t>E tem um benefício exclusivo pra quem aparecer no stand. Só lá.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Marca um colega aqui que ainda separa foto na mão. Ele precisa ver isso.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09 — O que custa não ir ao CONAFOR Smart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40-50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Enquanto você fica em casa no dia 19,</w:t>
        <w:br/>
        <w:t>alguém do mercado vai sair de lá na sua frente.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Eu sei que evento presencial dá trabalho. É viagem, é deslocamento, é tirar um dia da agenda.</w:t>
      </w:r>
    </w:p>
    <w:p>
      <w:pPr>
        <w:spacing w:before="0" w:after="80" w:line="299" w:lineRule="exact"/>
      </w:pPr>
      <w:r>
        <w:rPr>
          <w:sz w:val="26"/>
        </w:rPr>
        <w:t>Mas o mercado de formatura não é democrático. Quem se capacita primeiro, quem pega a ferramenta certa antes, quem fecha a parceria antes — esse é quem domina a temporada.</w:t>
      </w:r>
    </w:p>
    <w:p>
      <w:pPr>
        <w:spacing w:before="0" w:after="80" w:line="299" w:lineRule="exact"/>
      </w:pPr>
      <w:r>
        <w:rPr>
          <w:sz w:val="26"/>
        </w:rPr>
        <w:t>O CONAFOR Smart é o evento de Family Day mais relevante do Paraná. E a PX3 vai estar lá com demonstração ao vivo e um benefício exclusivo pra quem aparecer no stand.</w:t>
      </w:r>
    </w:p>
    <w:p>
      <w:pPr>
        <w:spacing w:before="0" w:after="80" w:line="299" w:lineRule="exact"/>
      </w:pPr>
      <w:r>
        <w:rPr>
          <w:sz w:val="26"/>
        </w:rPr>
        <w:t>Eu não vou revelar o que é esse benefício aqui. Parte do valor está em estar presente.</w:t>
      </w:r>
    </w:p>
    <w:p>
      <w:pPr>
        <w:spacing w:before="0" w:after="80" w:line="299" w:lineRule="exact"/>
      </w:pPr>
      <w:r>
        <w:rPr>
          <w:sz w:val="26"/>
        </w:rPr>
        <w:t>Dia 19 de agosto. Santa Fé, Paraná. CONAFOR Smart.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A decisão é sua. Mas quem aparecer vai sair na frente. A gente se vê lá.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10 — Último aviso — amanhã é o CONAFOR Smart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30-40 segundos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Amanhã é o dia. CONAFOR Smart, Santa Fé.</w:t>
        <w:br/>
        <w:t>Essa é a última vez que eu falo antes do evento.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Renato):</w:t>
      </w:r>
    </w:p>
    <w:p>
      <w:pPr>
        <w:spacing w:before="0" w:after="80" w:line="299" w:lineRule="exact"/>
      </w:pPr>
      <w:r>
        <w:rPr>
          <w:sz w:val="26"/>
        </w:rPr>
        <w:t>Amanhã, dia 19 de agosto, a PX3 está no CONAFOR Smart, em Santa Fé, no Paraná.</w:t>
      </w:r>
    </w:p>
    <w:p>
      <w:pPr>
        <w:spacing w:before="0" w:after="80" w:line="299" w:lineRule="exact"/>
      </w:pPr>
      <w:r>
        <w:rPr>
          <w:sz w:val="26"/>
        </w:rPr>
        <w:t>Eu já falei antes sobre o benefício exclusivo que a gente está levando pro evento. Não revelei nos stories, não postei no grupo, não falei em live.</w:t>
      </w:r>
    </w:p>
    <w:p>
      <w:pPr>
        <w:spacing w:before="0" w:after="80" w:line="299" w:lineRule="exact"/>
      </w:pPr>
      <w:r>
        <w:rPr>
          <w:sz w:val="26"/>
        </w:rPr>
        <w:t>Amanhã você descobre, se aparecer.</w:t>
      </w:r>
    </w:p>
    <w:p>
      <w:pPr>
        <w:spacing w:before="0" w:after="80" w:line="299" w:lineRule="exact"/>
      </w:pPr>
      <w:r>
        <w:rPr>
          <w:sz w:val="26"/>
        </w:rPr>
        <w:t>O stand da PX3 vai estar aberto durante todo o evento. Vem ver a demo ao vivo, conversa com a gente, e aproveita o que a gente preparou pra quem estiver lá.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Nos vemos amanhã. Stand da PX3 Lab, CONAFOR Smart.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r>
        <w:br w:type="page"/>
      </w:r>
    </w:p>
    <w:p>
      <w:pPr>
        <w:spacing w:before="240" w:after="160" w:line="299" w:lineRule="exact"/>
        <w:jc w:val="center"/>
      </w:pPr>
      <w:r>
        <w:rPr>
          <w:b/>
          <w:color w:val="1B5E20"/>
          <w:sz w:val="36"/>
        </w:rPr>
        <w:t>SEÇÃO 2 — NO DIA DO EVENTO</w:t>
      </w:r>
    </w:p>
    <w:p>
      <w:pPr>
        <w:spacing w:before="0" w:after="320" w:line="299" w:lineRule="exact"/>
        <w:jc w:val="center"/>
      </w:pPr>
      <w:r>
        <w:rPr>
          <w:i/>
          <w:color w:val="757575"/>
          <w:sz w:val="24"/>
        </w:rPr>
        <w:t>5 Reels para gravar e publicar durante o dia 19/08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01 — Chegamos. E está muito maior do que eu imaginei.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20-30 segundos | Gravar: ao chegar no evento, antes do início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Estamos aqui. CONAFOR Smart, Santa Fé.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 — tom espontâneo, de bastidores):</w:t>
      </w:r>
    </w:p>
    <w:p>
      <w:pPr>
        <w:spacing w:before="0" w:after="80" w:line="299" w:lineRule="exact"/>
      </w:pPr>
      <w:r>
        <w:rPr>
          <w:sz w:val="26"/>
        </w:rPr>
        <w:t>Chegamos em Santa Fé. CONAFOR Smart — imersão de 12 horas sobre Family Day.</w:t>
      </w:r>
    </w:p>
    <w:p>
      <w:pPr>
        <w:spacing w:before="0" w:after="80" w:line="299" w:lineRule="exact"/>
      </w:pPr>
      <w:r>
        <w:rPr>
          <w:sz w:val="26"/>
        </w:rPr>
        <w:t>Olha o ambiente aqui. [virar câmera pro evento se possível]</w:t>
      </w:r>
    </w:p>
    <w:p>
      <w:pPr>
        <w:spacing w:before="0" w:after="80" w:line="299" w:lineRule="exact"/>
      </w:pPr>
      <w:r>
        <w:rPr>
          <w:sz w:val="26"/>
        </w:rPr>
        <w:t>A PX3 está com stand montado e a gente vai estar aqui o dia todo.</w:t>
      </w:r>
    </w:p>
    <w:p>
      <w:pPr>
        <w:spacing w:before="0" w:after="80" w:line="299" w:lineRule="exact"/>
      </w:pPr>
      <w:r>
        <w:rPr>
          <w:sz w:val="26"/>
        </w:rPr>
        <w:t>Se você está aqui no evento, vem nos ver. Stand da PX3 Lab — fica de olho na sinalização.</w:t>
      </w:r>
    </w:p>
    <w:p>
      <w:pPr>
        <w:spacing w:before="0" w:after="80" w:line="299" w:lineRule="exact"/>
      </w:pPr>
      <w:r>
        <w:rPr>
          <w:sz w:val="26"/>
        </w:rPr>
        <w:t>E aquele benefício exclusivo que eu falei que a gente ia trazer? Está aqui. Pra quem aparecer.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Se você está no evento — aparece no stand. Hoje.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02 — Olha o que está acontecendo aqui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20-25 segundos | Gravar: durante o evento, com movimento ao fundo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Isso aqui é o CONAFOR Smart ao vivo.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 — espontâneo, com ambiente ao fundo):</w:t>
      </w:r>
    </w:p>
    <w:p>
      <w:pPr>
        <w:spacing w:before="0" w:after="80" w:line="299" w:lineRule="exact"/>
      </w:pPr>
      <w:r>
        <w:rPr>
          <w:sz w:val="26"/>
        </w:rPr>
        <w:t>[Mostrar o ambiente do evento, pessoas circulando, outros stands, a energia do local]</w:t>
      </w:r>
    </w:p>
    <w:p>
      <w:pPr>
        <w:spacing w:before="0" w:after="80" w:line="299" w:lineRule="exact"/>
      </w:pPr>
      <w:r>
        <w:rPr>
          <w:sz w:val="26"/>
        </w:rPr>
        <w:t>Galera, olha onde a gente está. CONAFOR Smart, Santa Fé. Imersão completa sobre Family Day de formatura.</w:t>
      </w:r>
    </w:p>
    <w:p>
      <w:pPr>
        <w:spacing w:before="0" w:after="80" w:line="299" w:lineRule="exact"/>
      </w:pPr>
      <w:r>
        <w:rPr>
          <w:sz w:val="26"/>
        </w:rPr>
        <w:t>O nível da galera aqui é alto. Todo mundo falando sobre Family Day, sobre como escalar, sobre diferencial.</w:t>
      </w:r>
    </w:p>
    <w:p>
      <w:pPr>
        <w:spacing w:before="0" w:after="80" w:line="299" w:lineRule="exact"/>
      </w:pPr>
      <w:r>
        <w:rPr>
          <w:sz w:val="26"/>
        </w:rPr>
        <w:t>Quem não veio... esse tipo de ambiente você não vê no YouTube.</w:t>
      </w:r>
    </w:p>
    <w:p>
      <w:pPr>
        <w:spacing w:before="0" w:after="80" w:line="299" w:lineRule="exact"/>
      </w:pPr>
      <w:r>
        <w:rPr>
          <w:sz w:val="26"/>
        </w:rPr>
        <w:t>E a PX3 está aqui com aquele benefício que eu não revelei antes. Ainda dá tempo de aparecer no stand.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Stand da PX3 Lab — vem nos ver enquanto o evento ainda está rolando.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03 — Última chance de pegar o benefício exclusivo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25-35 segundos | Gravar: no período da tarde, com urgência real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Faltam poucas horas. O benefício exclusivo da PX3</w:t>
        <w:br/>
        <w:t>só existe até o evento acabar.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 — urgência genuína, sem forçar):</w:t>
      </w:r>
    </w:p>
    <w:p>
      <w:pPr>
        <w:spacing w:before="0" w:after="80" w:line="299" w:lineRule="exact"/>
      </w:pPr>
      <w:r>
        <w:rPr>
          <w:sz w:val="26"/>
        </w:rPr>
        <w:t>Olha, o evento está na reta final. E aquele benefício que eu falei antes do CONAFOR Smart — o que eu não revelei em nenhum post — ainda está disponível.</w:t>
      </w:r>
    </w:p>
    <w:p>
      <w:pPr>
        <w:spacing w:before="0" w:after="80" w:line="299" w:lineRule="exact"/>
      </w:pPr>
      <w:r>
        <w:rPr>
          <w:sz w:val="26"/>
        </w:rPr>
        <w:t>Mas só até o evento acabar hoje.</w:t>
      </w:r>
    </w:p>
    <w:p>
      <w:pPr>
        <w:spacing w:before="0" w:after="80" w:line="299" w:lineRule="exact"/>
      </w:pPr>
      <w:r>
        <w:rPr>
          <w:sz w:val="26"/>
        </w:rPr>
        <w:t>Se você está aqui em Santa Fé e ainda não veio no stand da PX3, essa é a última chance.</w:t>
      </w:r>
    </w:p>
    <w:p>
      <w:pPr>
        <w:spacing w:before="0" w:after="80" w:line="299" w:lineRule="exact"/>
      </w:pPr>
      <w:r>
        <w:rPr>
          <w:sz w:val="26"/>
        </w:rPr>
        <w:t>Aparece aqui agora. A gente está no stand, a demo está rodando, e o benefício exclusivo está na mesa.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Stand da PX3 Lab. Corre.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04 — Deixa eu te contar uma coisa sobre o que a gente trouxe hoje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30-40 segundos | Gravar: no stand, com energia, depois do meio-dia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Vou revelar uma parte do que a PX3 está oferecendo</w:t>
        <w:br/>
        <w:t>aqui no CONAFOR Smart. Só uma parte.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 — animado, revelando 1 detalhe):</w:t>
      </w:r>
    </w:p>
    <w:p>
      <w:pPr>
        <w:spacing w:before="0" w:after="80" w:line="299" w:lineRule="exact"/>
      </w:pPr>
      <w:r>
        <w:rPr>
          <w:sz w:val="26"/>
        </w:rPr>
        <w:t>Ok. Vou te dar um detalhe do que a gente trouxe pro evento hoje.</w:t>
      </w:r>
    </w:p>
    <w:p>
      <w:pPr>
        <w:spacing w:before="0" w:after="80" w:line="299" w:lineRule="exact"/>
      </w:pPr>
      <w:r>
        <w:rPr>
          <w:sz w:val="26"/>
        </w:rPr>
        <w:t>Quem comprar créditos do Cloud PhotoRF aqui no stand — hoje, pessoalmente — sai com onboarding individual. Um consultor da PX3 te ajuda a configurar o seu primeiro Family Day do zero. Sem curva de aprendizado, sem ficar perdido.</w:t>
      </w:r>
    </w:p>
    <w:p>
      <w:pPr>
        <w:spacing w:before="0" w:after="80" w:line="299" w:lineRule="exact"/>
      </w:pPr>
      <w:r>
        <w:rPr>
          <w:sz w:val="26"/>
        </w:rPr>
        <w:t>Isso é uma parte do que está disponível hoje.</w:t>
      </w:r>
    </w:p>
    <w:p>
      <w:pPr>
        <w:spacing w:before="0" w:after="80" w:line="299" w:lineRule="exact"/>
      </w:pPr>
      <w:r>
        <w:rPr>
          <w:sz w:val="26"/>
        </w:rPr>
        <w:t>O pacote completo — o que inclui o resto — você descobre só pessoalmente, no stand.</w:t>
      </w:r>
    </w:p>
    <w:p>
      <w:pPr>
        <w:spacing w:before="0" w:after="80" w:line="299" w:lineRule="exact"/>
      </w:pPr>
      <w:r>
        <w:rPr>
          <w:sz w:val="26"/>
        </w:rPr>
        <w:t>Se você está em Santa Fé, você sabe onde me achar.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Stand da PX3 Lab. Ainda dá tempo.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before="280" w:after="80" w:line="299" w:lineRule="exact"/>
      </w:pPr>
      <w:r>
        <w:rPr>
          <w:b/>
          <w:color w:val="0D47A1"/>
          <w:sz w:val="28"/>
        </w:rPr>
        <w:t>REEL 05 — Encerramento do dia — obrigado e o que vem agora</w:t>
      </w:r>
    </w:p>
    <w:p>
      <w:pPr>
        <w:spacing w:before="0" w:after="80" w:line="299" w:lineRule="exact"/>
      </w:pPr>
      <w:r>
        <w:rPr>
          <w:i/>
          <w:color w:val="757575"/>
          <w:sz w:val="22"/>
        </w:rPr>
        <w:t>Duração sugerida: 35-45 segundos | Gravar: ao final do evento, clima de encerramento</w:t>
      </w:r>
    </w:p>
    <w:p>
      <w:pPr>
        <w:spacing w:before="80" w:after="40" w:line="299" w:lineRule="exact"/>
      </w:pPr>
      <w:r>
        <w:rPr>
          <w:b/>
          <w:color w:val="BF360C"/>
          <w:sz w:val="22"/>
        </w:rPr>
        <w:t>HOOK (texto na tela):</w:t>
      </w:r>
    </w:p>
    <w:p>
      <w:pPr>
        <w:spacing w:before="0" w:after="120" w:line="299" w:lineRule="exact"/>
      </w:pPr>
      <w:r>
        <w:rPr>
          <w:b/>
          <w:i/>
          <w:color w:val="BF360C"/>
          <w:sz w:val="26"/>
        </w:rPr>
        <w:t>[ Dia incrível. Muito obrigado a quem passou no stand da PX3. ]</w:t>
      </w:r>
    </w:p>
    <w:p>
      <w:pPr>
        <w:spacing w:before="120" w:after="40" w:line="299" w:lineRule="exact"/>
      </w:pPr>
      <w:r>
        <w:rPr>
          <w:b/>
          <w:color w:val="37474F"/>
          <w:sz w:val="22"/>
        </w:rPr>
        <w:t>ROTEIRO (fala do Renato — tom genuíno, de gratidão e próximo passo):</w:t>
      </w:r>
    </w:p>
    <w:p>
      <w:pPr>
        <w:spacing w:before="0" w:after="80" w:line="299" w:lineRule="exact"/>
      </w:pPr>
      <w:r>
        <w:rPr>
          <w:sz w:val="26"/>
        </w:rPr>
        <w:t>Acabou o CONAFOR Smart. Que dia.</w:t>
      </w:r>
    </w:p>
    <w:p>
      <w:pPr>
        <w:spacing w:before="0" w:after="80" w:line="299" w:lineRule="exact"/>
      </w:pPr>
      <w:r>
        <w:rPr>
          <w:sz w:val="26"/>
        </w:rPr>
        <w:t>A PX3 ficou aqui o dia todo, conversei com muita gente do mercado de Family Day, vi demonstração ao vivo acontecer, e fechamos com empresários que vão usar o Cloud PhotoRF nessa temporada.</w:t>
      </w:r>
    </w:p>
    <w:p>
      <w:pPr>
        <w:spacing w:before="0" w:after="80" w:line="299" w:lineRule="exact"/>
      </w:pPr>
      <w:r>
        <w:rPr>
          <w:sz w:val="26"/>
        </w:rPr>
        <w:t>Se você passou no stand, obrigado. Vai valer — você vai ver quando rodar o sistema no seu primeiro evento.</w:t>
      </w:r>
    </w:p>
    <w:p>
      <w:pPr>
        <w:spacing w:before="0" w:after="80" w:line="299" w:lineRule="exact"/>
      </w:pPr>
      <w:r>
        <w:rPr>
          <w:sz w:val="26"/>
        </w:rPr>
        <w:t>Se você não conseguiu vir hoje — sem problema. A oferta do evento fecha em 10 dias. Ainda dá tempo de aproveitar o pacote que a gente montou exclusivamente pra quem participou desse evento.</w:t>
      </w:r>
    </w:p>
    <w:p>
      <w:pPr>
        <w:spacing w:before="0" w:after="80" w:line="299" w:lineRule="exact"/>
      </w:pPr>
      <w:r>
        <w:rPr>
          <w:sz w:val="26"/>
        </w:rPr>
        <w:t>Link na bio. Me chama no direct. Ou comenta aqui embaixo 'quero saber' que eu te mando o que ficou disponível.</w:t>
      </w:r>
    </w:p>
    <w:p>
      <w:pPr>
        <w:spacing w:before="80" w:after="200" w:line="299" w:lineRule="exact"/>
      </w:pPr>
      <w:r>
        <w:rPr>
          <w:b/>
          <w:color w:val="1B5E20"/>
          <w:sz w:val="26"/>
        </w:rPr>
        <w:t>CTA: Temporada de Family Day começa agora. A gente está pronto. E você?</w:t>
      </w:r>
    </w:p>
    <w:p>
      <w:pPr>
        <w:spacing w:before="120" w:after="120" w:line="299" w:lineRule="exact"/>
      </w:pPr>
      <w:r>
        <w:rPr>
          <w:color w:val="BDBDBD"/>
          <w:sz w:val="20"/>
        </w:rPr>
        <w:t>────────────────────────────────────────────────────────────</w:t>
      </w:r>
    </w:p>
    <w:p>
      <w:r>
        <w:br w:type="page"/>
      </w:r>
    </w:p>
    <w:p>
      <w:pPr>
        <w:spacing w:before="240" w:after="160" w:line="299" w:lineRule="exact"/>
        <w:jc w:val="center"/>
      </w:pPr>
      <w:r>
        <w:rPr>
          <w:b/>
          <w:color w:val="4A148C"/>
          <w:sz w:val="36"/>
        </w:rPr>
        <w:t>OBSERVAÇÃO ESTRATÉGICA</w:t>
      </w:r>
    </w:p>
    <w:p>
      <w:pPr>
        <w:spacing w:before="200" w:after="40" w:line="299" w:lineRule="exact"/>
      </w:pPr>
      <w:r>
        <w:rPr>
          <w:b/>
          <w:color w:val="4A148C"/>
          <w:sz w:val="24"/>
        </w:rPr>
        <w:t>Sequência de publicação sugerida (Bloco 1):</w:t>
      </w:r>
    </w:p>
    <w:p>
      <w:pPr>
        <w:spacing w:before="0" w:after="160" w:line="299" w:lineRule="exact"/>
      </w:pPr>
      <w:r>
        <w:rPr>
          <w:sz w:val="24"/>
        </w:rPr>
        <w:t>Publique 1 reel a cada 2-3 dias a partir de hoje (16/07) até 18/08. Priorize: Reels 1, 4, 8 primeiro (curiosidade + autoridade + prova técnica). Reels 2, 6 e 9 na fase intermediária (desafio + FOMO + custo da inação). Reels 5, 7 na semana do evento. Reel 10 no dia 18/08 como último aviso.</w:t>
      </w:r>
    </w:p>
    <w:p>
      <w:pPr>
        <w:spacing w:before="200" w:after="40" w:line="299" w:lineRule="exact"/>
      </w:pPr>
      <w:r>
        <w:rPr>
          <w:b/>
          <w:color w:val="4A148C"/>
          <w:sz w:val="24"/>
        </w:rPr>
        <w:t>No dia do evento — ordem de publicação sugerida:</w:t>
      </w:r>
    </w:p>
    <w:p>
      <w:pPr>
        <w:spacing w:before="0" w:after="160" w:line="299" w:lineRule="exact"/>
      </w:pPr>
      <w:r>
        <w:rPr>
          <w:sz w:val="24"/>
        </w:rPr>
        <w:t>Reel ND1 (chegada) → Reel ND2 (energia, no meio da manhã) → Reel ND3 (urgência, início da tarde) → Reel ND4 (revelação parcial, meio da tarde) → Reel ND5 (encerramento, após o fim do evento). Use stories entre os reels para manter presença constante sem overpostar no feed.</w:t>
      </w:r>
    </w:p>
    <w:p>
      <w:pPr>
        <w:spacing w:before="200" w:after="40" w:line="299" w:lineRule="exact"/>
      </w:pPr>
      <w:r>
        <w:rPr>
          <w:b/>
          <w:color w:val="4A148C"/>
          <w:sz w:val="24"/>
        </w:rPr>
        <w:t>Sobre o benefício exclusivo — o que NÃO revelar:</w:t>
      </w:r>
    </w:p>
    <w:p>
      <w:pPr>
        <w:spacing w:before="0" w:after="160" w:line="299" w:lineRule="exact"/>
      </w:pPr>
      <w:r>
        <w:rPr>
          <w:sz w:val="24"/>
        </w:rPr>
        <w:t>A curiosidade só funciona se for mantida até o final. Não revele o pacote completo em nenhum canal antes do evento. O Reel ND4 pode mencionar o onboarding 1:1 como 'uma parte' do benefício — isso aumenta o FOMO em quem está no evento mas ainda não foi ao stand, sem entregar tudo pra quem não foi.</w:t>
      </w:r>
    </w:p>
    <w:p>
      <w:pPr>
        <w:spacing w:before="200" w:after="40" w:line="299" w:lineRule="exact"/>
      </w:pPr>
      <w:r>
        <w:rPr>
          <w:b/>
          <w:color w:val="4A148C"/>
          <w:sz w:val="24"/>
        </w:rPr>
        <w:t>Sobre o tom dos reels:</w:t>
      </w:r>
    </w:p>
    <w:p>
      <w:pPr>
        <w:spacing w:before="0" w:after="160" w:line="299" w:lineRule="exact"/>
      </w:pPr>
      <w:r>
        <w:rPr>
          <w:sz w:val="24"/>
        </w:rPr>
        <w:t>Renato fala diretamente pra câmera, tom de quem entende o mercado. Evitar edição excessiva nos reels do dia — o estilo de bastidores aumenta a autenticidade. Legenda sempre ativa: parte do público assiste sem som.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