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1A1A"/>
          <w:sz w:val="32"/>
        </w:rPr>
        <w:t>30 SEGUNDOS</w:t>
      </w:r>
    </w:p>
    <w:p/>
    <w:p>
      <w:r>
        <w:rPr>
          <w:b/>
          <w:sz w:val="28"/>
        </w:rPr>
        <w:t>Versao 1</w:t>
      </w:r>
    </w:p>
    <w:p>
      <w:r>
        <w:rPr>
          <w:sz w:val="28"/>
        </w:rPr>
        <w:t>O CONAFOR Smart de agosto vai ser sobre Family Day. E a PX3 Lab vai estar la porque Family Day e o que a gente resolve. Do evento com duzentas familias ate cada pasta entregue por nome — em minutos, nao em horas. Dia dezenove de agosto, em Santa Fe, no Parana, a gente tem algo pra te mostrar pessoalmente. So no stand. So naquele dia. Passa la. WhatsApp: onze, noventa e nove, duzentos e trinta e um, trinta e um, sessenta e um.</w:t>
      </w:r>
    </w:p>
    <w:p>
      <w:r>
        <w:t>______________________________________________________________________</w:t>
      </w:r>
    </w:p>
    <w:p/>
    <w:p>
      <w:r>
        <w:rPr>
          <w:b/>
          <w:sz w:val="28"/>
        </w:rPr>
        <w:t>Versao 2</w:t>
      </w:r>
    </w:p>
    <w:p>
      <w:r>
        <w:rPr>
          <w:sz w:val="28"/>
        </w:rPr>
        <w:t>Voce vai escalar o Family Day essa temporada? Entao a pergunta que importa nao e quantas familias voce consegue fotografar. E quanto tempo voce gasta depois — separando mil e quinhentas fotos por familia, na mao, uma por uma. Dia dezenove de agosto, no CONAFOR Smart em Santa Fe, a PX3 Lab vai estar la com a resposta pra esse gargalo. E com uma condicao que so existe no evento. Passa no stand. WhatsApp: onze, noventa e nove, duzentos e trinta e um, trinta e um, sessenta e um.</w:t>
      </w:r>
    </w:p>
    <w:p>
      <w:r>
        <w:t>______________________________________________________________________</w:t>
      </w:r>
    </w:p>
    <w:p/>
    <w:p>
      <w:r>
        <w:rPr>
          <w:b/>
          <w:sz w:val="28"/>
        </w:rPr>
        <w:t>Versao 3</w:t>
      </w:r>
    </w:p>
    <w:p>
      <w:r>
        <w:rPr>
          <w:sz w:val="28"/>
        </w:rPr>
        <w:t>Tem empresa de formatura que ja faz Family Day com cento e cinquenta, duzentas familias por evento. E tem empresa que fotografa o mesmo volume e passa dois dias separando foto na pós-producao. A diferenca nao e o numero de familias fotografadas — e o que acontece depois do evento. No CONAFOR Smart, dia dezenove de agosto, Santa Fe, Parana, a PX3 Lab mostra como resolver isso. So pra quem for pessoalmente. WhatsApp: onze, noventa e nove, duzentos e trinta e um, trinta e um, sessenta e um.</w:t>
      </w:r>
    </w:p>
    <w:p>
      <w:r>
        <w:t>______________________________________________________________________</w:t>
      </w:r>
    </w:p>
    <w:p/>
    <w:p>
      <w:r>
        <w:rPr>
          <w:b/>
          <w:sz w:val="28"/>
        </w:rPr>
        <w:t>Versao 4</w:t>
      </w:r>
    </w:p>
    <w:p>
      <w:r>
        <w:rPr>
          <w:sz w:val="28"/>
        </w:rPr>
        <w:t>Family Day virou o produto mais lucrativo de formatura. Mas lucro real so vem com operacao que nao trava na pos-producao. A PX3 Lab existe pra resolver exatamente isso: separacao automatica de fotos por familia, com reconhecimento facial, em minutos. Dia dezenove de agosto, no CONAFOR Smart, em Santa Fe, estamos la com uma condicao exclusiva pra quem passar no stand. Nao vai ser revelada antes. WhatsApp: onze, noventa e nove, duzentos e trinta e um, trinta e um, sessenta e um.</w:t>
      </w:r>
    </w:p>
    <w:p>
      <w:r>
        <w:t>______________________________________________________________________</w:t>
      </w:r>
    </w:p>
    <w:p/>
    <w:p>
      <w:r>
        <w:rPr>
          <w:b/>
          <w:sz w:val="28"/>
        </w:rPr>
        <w:t>Versao 5</w:t>
      </w:r>
    </w:p>
    <w:p>
      <w:r>
        <w:rPr>
          <w:sz w:val="28"/>
        </w:rPr>
        <w:t>O CONAFOR Smart de agosto e sobre como crescer com Family Day. A PX3 Lab vai estar la porque e exatamente isso que a gente entende. Nao so a fotografia — a operacao de ponta a ponta: do cadastro das familias antes do evento ate a entrega das fotos separadas por nome depois. Dezenove de agosto, sede da Zangraf, Santa Fe, Parana. Beneficio exclusivo pra quem aparecer no stand. So naquele dia. WhatsApp: onze, noventa e nove, duzentos e trinta e um, trinta e um, sessenta e um.</w:t>
      </w:r>
    </w:p>
    <w:p>
      <w:r>
        <w:t>______________________________________________________________________</w:t>
      </w:r>
    </w:p>
    <w:p/>
    <w:p>
      <w:pPr>
        <w:jc w:val="center"/>
      </w:pPr>
      <w:r>
        <w:rPr>
          <w:b/>
          <w:color w:val="1A1A1A"/>
          <w:sz w:val="32"/>
        </w:rPr>
        <w:t>60 SEGUNDOS</w:t>
      </w:r>
    </w:p>
    <w:p/>
    <w:p>
      <w:r>
        <w:rPr>
          <w:b/>
          <w:sz w:val="28"/>
        </w:rPr>
        <w:t>Versao 1</w:t>
      </w:r>
    </w:p>
    <w:p>
      <w:r>
        <w:rPr>
          <w:sz w:val="28"/>
        </w:rPr>
        <w:t>Family Day e o produto de formatura que mais cresceu nos ultimos dois anos. A empresa fotografia dezenas, as vezes centenas de familias num unico dia. O RH paga bem. O evento e produtivo. A operacao parece simples. Ate a pos-producao comecar. Mil e quinhentas fotos brutas. Dois mil. Tres mil. Cada familia precisa receber as proprias fotos — separadas, organizadas, com o nome certo. Na mao, isso leva de oito a doze horas. Por evento. A PX3 Lab resolve exatamente esse gargalo. O Cloud PhotoRF usa reconhecimento facial pra separar todas as fotos por familia — em minutos, nao em horas. Mais de noventa e nove por cento de assertividade, inclusive em fotos laterais e de perfil. No CONAFOR Smart, dia dezenove de agosto, em Santa Fe, Parana, a PX3 vai estar no evento porque Family Day e o forte da gente. E quem passar no stand pessoalmente vai ter acesso a uma condicao que nao vai ser divulgada antes nem depois. So no evento. So naquele dia. Passa la. WhatsApp: onze, noventa e nove, duzentos e trinta e um, trinta e um, sessenta e um.</w:t>
      </w:r>
    </w:p>
    <w:p>
      <w:r>
        <w:t>______________________________________________________________________</w:t>
      </w:r>
    </w:p>
    <w:p/>
    <w:p>
      <w:r>
        <w:rPr>
          <w:b/>
          <w:sz w:val="28"/>
        </w:rPr>
        <w:t>Versao 2</w:t>
      </w:r>
    </w:p>
    <w:p>
      <w:r>
        <w:rPr>
          <w:sz w:val="28"/>
        </w:rPr>
        <w:t>Tem dois tipos de empresa de formatura que vao estar no CONAFOR Smart em agosto. A primeira vai sair do evento com o modelo de Family Day na cabeca e voltar pra operacao do jeito que ela e: fotografa bem, entrega com esforco, margem apertada. A segunda vai sair com o modelo na cabeca e com a ferramenta que elimina o gargalo que impede de escalar. A diferenca entre as duas nao e o talento fotografico — e o que acontece depois do evento. Family Day com duzentas familias gera de mil e quinhentas a tres mil fotos brutas. Separar isso na mao sao horas. Com o Cloud PhotoRF da PX3 Lab, sao minutos. Reconhecimento facial com mais de noventa e nove por cento de assertividade. Pasta de cada familia pronta, com o nome certo, sem conferir uma por uma. No CONAFOR Smart, dia dezenove de agosto, Santa Fe, Parana, a PX3 vai estar no stand com uma condicao especial que so existe pra presenca fisica no evento. Voce decide em qual grupo quer sair desse evento. Passa no stand da PX3 Lab. WhatsApp: onze, noventa e nove, duzentos e trinta e um, trinta e um, sessenta e um.</w:t>
      </w:r>
    </w:p>
    <w:p>
      <w:r>
        <w:t>______________________________________________________________________</w:t>
      </w:r>
    </w:p>
    <w:p/>
    <w:p>
      <w:r>
        <w:rPr>
          <w:b/>
          <w:sz w:val="28"/>
        </w:rPr>
        <w:t>Versao 3</w:t>
      </w:r>
    </w:p>
    <w:p>
      <w:r>
        <w:rPr>
          <w:sz w:val="28"/>
        </w:rPr>
        <w:t>Se voce esta indo ao CONAFOR Smart pra aprender a escalar o Family Day, faz sentido conversar com quem resolve o maior obstaculo operacional desse produto. A PX3 Lab nao e uma empresa de software generica pra fotografo. E a empresa que foi construida pra resolver o que tranca a operacao de Family Day depois que o evento acaba. Voce fotografa cento e cinquenta familias. Fica com dois mil arquivos brutos. O que vem depois e o que separa quem cresce de quem fica parado no mesmo volume ano tras ano. Separacao manual e tempo de equipe que nao deveria existir — e que vira custo na margem. O Cloud PhotoRF faz a separacao automatica por reconhecimento facial. Cada familia recebe as proprias fotos, identificadas pelo nome, prontas pra entrega. Em minutos. Com mais de noventa e nove por cento de assertividade. Dia dezenove de agosto, no CONAFOR Smart, na sede da Zangraf em Santa Fe, o time da PX3 vai estar la. Tem uma condicao preparada so pra quem aparecer presencialmente. So no evento. So naquele dia. Passa no stand da PX3 Lab. WhatsApp: onze, noventa e nove, duzentos e trinta e um, trinta e um, sessenta e um.</w:t>
      </w:r>
    </w:p>
    <w:p>
      <w:r>
        <w:t>______________________________________________________________________</w:t>
      </w:r>
    </w:p>
    <w:p/>
    <w:p>
      <w:r>
        <w:rPr>
          <w:b/>
          <w:sz w:val="28"/>
        </w:rPr>
        <w:t>Versao 4</w:t>
      </w:r>
    </w:p>
    <w:p>
      <w:r>
        <w:rPr>
          <w:sz w:val="28"/>
        </w:rPr>
        <w:t>O CONAFOR Smart de agosto vai ensinar a fazer Family Day. A PX3 Lab vai estar la pra mostrar o que acontece depois que o Family Day termina. Porque a foto e a parte facil. O problema comeca quando voce volta pra casa com dois mil arquivos brutos e precisa entregar a pasta da familia Silva, a pasta da familia Souza, a pasta da familia Oliveira — cada uma com as fotos certas, sem misturar, sem esquecer ninguem. Na mao, isso e horas de trabalho. Horas que nao sao fotografia. Horas que nao geram receita. Horas que diminuem a sua margem num produto que deveria ser altamente lucrativo. O Cloud PhotoRF da PX3 Lab faz essa separacao automaticamente por reconhecimento facial. Mais de noventa e nove por cento de assertividade, inclusive em fotos laterais e de perfil. O que voce faria em oito horas, em minutos. Dia dezenove de agosto, no CONAFOR Smart, Santa Fe, Parana. Tem algo exclusivo pra quem passar no stand pessoalmente. Passa la. WhatsApp: onze, noventa e nove, duzentos e trinta e um, trinta e um, sessenta e um.</w:t>
      </w:r>
    </w:p>
    <w:p>
      <w:r>
        <w:t>______________________________________________________________________</w:t>
      </w:r>
    </w:p>
    <w:p/>
    <w:p>
      <w:r>
        <w:rPr>
          <w:b/>
          <w:sz w:val="28"/>
        </w:rPr>
        <w:t>Versao 5</w:t>
      </w:r>
    </w:p>
    <w:p>
      <w:r>
        <w:rPr>
          <w:sz w:val="28"/>
        </w:rPr>
        <w:t>Family Day e o produto com maior margem bruta de formatura — quando a operacao nao come essa margem na pos-producao. Empresa que faz dez Family Days por temporada com separacao manual tem metade do time parado em trabalho que uma maquina resolve. Empresa que automatiza faz os mesmos dez events com menos custo operacional, margem maior, e ainda tem capacidade de crescer pra quinze, vinte. A PX3 Lab resolve a separacao de fotos por familia com reconhecimento facial de alta precisao. Mais de noventa e nove por cento de assertividade. Fotos laterais, de perfil, com oculos, em ambientes com luz ruim — o sistema reconhece. O que levava horas, em minutos. A temporada de formaturas esta chegando. E o CONAFOR Smart de agosto, em Santa Fe, Parana, e o momento certo pra resolver isso antes de entrar na correria. Dia dezenove de agosto, a PX3 Lab vai estar no evento com uma condicao que nao vai circular antes nem depois. So pra quem aparecer no stand naquele dia. Passa la. WhatsApp: onze, noventa e nove, duzentos e trinta e um, trinta e um, sessenta e um.</w:t>
      </w:r>
    </w:p>
    <w:p>
      <w:r>
        <w:t>______________________________________________________________________</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