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A1A1A"/>
          <w:sz w:val="32"/>
        </w:rPr>
        <w:t>15 SEGUNDOS</w:t>
      </w:r>
    </w:p>
    <w:p/>
    <w:p>
      <w:r>
        <w:rPr>
          <w:b/>
          <w:sz w:val="28"/>
        </w:rPr>
        <w:t>Versão 1</w:t>
      </w:r>
    </w:p>
    <w:p>
      <w:r>
        <w:rPr>
          <w:sz w:val="28"/>
        </w:rPr>
        <w:t>Dia dezenove de agosto. Uma data. Um lugar. Uma condição que não se repete. A PX3 Lab estará no CONAFOR Smart, em Santa Fé, com algo que você não vai encontrar em mais nenhum canal. Passa no stand antes que o dia acabe. WhatsApp: onze, noventa e nove, duzentos e trinta e um, trinta e um, sessenta e um.</w:t>
      </w:r>
    </w:p>
    <w:p>
      <w:r>
        <w:t>______________________________________________________________________</w:t>
      </w:r>
    </w:p>
    <w:p/>
    <w:p>
      <w:r>
        <w:rPr>
          <w:b/>
          <w:sz w:val="28"/>
        </w:rPr>
        <w:t>Versão 2</w:t>
      </w:r>
    </w:p>
    <w:p>
      <w:r>
        <w:rPr>
          <w:sz w:val="28"/>
        </w:rPr>
        <w:t>Você ainda vai chegar na temporada de formaturas fazendo separação de foto na mão? No CONAFOR Smart, dia dezenove de agosto, a PX3 Lab tem uma proposta pra quem decidiu parar de perder tempo. Passa no stand. WhatsApp: onze, noventa e nove, duzentos e trinta e um, trinta e um, sessenta e um.</w:t>
      </w:r>
    </w:p>
    <w:p>
      <w:r>
        <w:t>______________________________________________________________________</w:t>
      </w:r>
    </w:p>
    <w:p/>
    <w:p>
      <w:r>
        <w:rPr>
          <w:b/>
          <w:sz w:val="28"/>
        </w:rPr>
        <w:t>Versão 3</w:t>
      </w:r>
    </w:p>
    <w:p>
      <w:r>
        <w:rPr>
          <w:sz w:val="28"/>
        </w:rPr>
        <w:t>Enquanto metade do mercado ainda processa foto por foto, a outra metade já automatizou. Se você quer saber de que lado estar nessa temporada, a PX3 Lab estará no CONAFOR Smart, dia dezenove de agosto, Santa Fé. Passa no stand. WhatsApp: onze, noventa e nove, duzentos e trinta e um, trinta e um, sessenta e um.</w:t>
      </w:r>
    </w:p>
    <w:p>
      <w:r>
        <w:t>______________________________________________________________________</w:t>
      </w:r>
    </w:p>
    <w:p/>
    <w:p>
      <w:r>
        <w:rPr>
          <w:b/>
          <w:sz w:val="28"/>
        </w:rPr>
        <w:t>Versão 4</w:t>
      </w:r>
    </w:p>
    <w:p>
      <w:r>
        <w:rPr>
          <w:sz w:val="28"/>
        </w:rPr>
        <w:t>Quem for ao CONAFOR Smart no dia dezenove de agosto vai sair com algo que quem ficou em casa não vai ter acesso. A PX3 Lab está com uma condição exclusiva pra presença física no evento. Passa no stand. WhatsApp: onze, noventa e nove, duzentos e trinta e um, trinta e um, sessenta e um.</w:t>
      </w:r>
    </w:p>
    <w:p>
      <w:r>
        <w:t>______________________________________________________________________</w:t>
      </w:r>
    </w:p>
    <w:p/>
    <w:p>
      <w:r>
        <w:rPr>
          <w:b/>
          <w:sz w:val="28"/>
        </w:rPr>
        <w:t>Versão 5</w:t>
      </w:r>
    </w:p>
    <w:p>
      <w:r>
        <w:rPr>
          <w:sz w:val="28"/>
        </w:rPr>
        <w:t>O Cloud PhotoRF já está na operação de quem domina o mercado de formatura. No CONAFOR Smart, dia dezenove de agosto, em Santa Fé, a PX3 Lab traz uma condição que só estará disponível no evento. Passa no stand da PX3. WhatsApp: onze, noventa e nove, duzentos e trinta e um, trinta e um, sessenta e um.</w:t>
      </w:r>
    </w:p>
    <w:p>
      <w:r>
        <w:t>______________________________________________________________________</w:t>
      </w:r>
    </w:p>
    <w:p/>
    <w:p>
      <w:pPr>
        <w:jc w:val="center"/>
      </w:pPr>
      <w:r>
        <w:rPr>
          <w:b/>
          <w:color w:val="1A1A1A"/>
          <w:sz w:val="32"/>
        </w:rPr>
        <w:t>30 SEGUNDOS</w:t>
      </w:r>
    </w:p>
    <w:p/>
    <w:p>
      <w:r>
        <w:rPr>
          <w:b/>
          <w:sz w:val="28"/>
        </w:rPr>
        <w:t>Versão 1</w:t>
      </w:r>
    </w:p>
    <w:p>
      <w:r>
        <w:rPr>
          <w:sz w:val="28"/>
        </w:rPr>
        <w:t>Quanto tempo você vai gastar separando fotos por família nessa temporada? Oito horas? Doze? O Cloud PhotoRF da PX3 Lab faz isso em minutos — com mais de noventa e nove por cento de assertividade mesmo nas fotos que outros sistemas erram. No dia dezenove de agosto, no CONAFOR Smart em Santa Fé, a PX3 estará com uma condição exclusiva pra quem aparecer pessoalmente. Não vai ser divulgada antes. Passa no stand da PX3 e descobre. WhatsApp: onze, noventa e nove, duzentos e trinta e um, trinta e um, sessenta e um.</w:t>
      </w:r>
    </w:p>
    <w:p>
      <w:r>
        <w:t>______________________________________________________________________</w:t>
      </w:r>
    </w:p>
    <w:p/>
    <w:p>
      <w:r>
        <w:rPr>
          <w:b/>
          <w:sz w:val="28"/>
        </w:rPr>
        <w:t>Versão 2</w:t>
      </w:r>
    </w:p>
    <w:p>
      <w:r>
        <w:rPr>
          <w:sz w:val="28"/>
        </w:rPr>
        <w:t>Reconhecimento facial medíocre é problema de software, não de foto. O Cloud PhotoRF reconhece rosto em foto lateral, com óculos, com má iluminação — os casos que travam o concorrente não travam o Cloud. Dezenove de agosto, CONAFOR Smart, Santa Fé: a PX3 Lab estará lá com algo que só quem aparecer no stand vai descobrir. Uma condição, um evento, um dia. WhatsApp: onze, noventa e nove, duzentos e trinta e um, trinta e um, sessenta e um.</w:t>
      </w:r>
    </w:p>
    <w:p>
      <w:r>
        <w:t>______________________________________________________________________</w:t>
      </w:r>
    </w:p>
    <w:p/>
    <w:p>
      <w:r>
        <w:rPr>
          <w:b/>
          <w:sz w:val="28"/>
        </w:rPr>
        <w:t>Versão 3</w:t>
      </w:r>
    </w:p>
    <w:p>
      <w:r>
        <w:rPr>
          <w:sz w:val="28"/>
        </w:rPr>
        <w:t>Noventa e nove por cento de assertividade. O que você faria em oito horas, em minutos. Processamento local, sem dados no servidor externo. Isso é o Cloud PhotoRF. E no CONAFOR Smart, dia dezenove de agosto, em Santa Fé, a PX3 Lab vai apresentar uma condição que não está em nenhum site, nenhum direct, nenhum e-mail. Só para quem passar pelo stand presencialmente. WhatsApp: onze, noventa e nove, duzentos e trinta e um, trinta e um, sessenta e um.</w:t>
      </w:r>
    </w:p>
    <w:p>
      <w:r>
        <w:t>______________________________________________________________________</w:t>
      </w:r>
    </w:p>
    <w:p/>
    <w:p>
      <w:r>
        <w:rPr>
          <w:b/>
          <w:sz w:val="28"/>
        </w:rPr>
        <w:t>Versão 4</w:t>
      </w:r>
    </w:p>
    <w:p>
      <w:r>
        <w:rPr>
          <w:sz w:val="28"/>
        </w:rPr>
        <w:t>Imagina fechar um evento, chegar em casa com mil trezentas fotos e saber que em vinte minutos cada família já tem a pasta dela pronta. Sem conferir rosto por rosto. Sem perder noite. Quem usa Cloud PhotoRF já vive isso. No CONAFOR Smart, dia dezenove de agosto, Santa Fé, a PX3 Lab tem uma proposta exclusiva para quem for ao evento. Passa no stand. WhatsApp: onze, noventa e nove, duzentos e trinta e um, trinta e um, sessenta e um.</w:t>
      </w:r>
    </w:p>
    <w:p>
      <w:r>
        <w:t>______________________________________________________________________</w:t>
      </w:r>
    </w:p>
    <w:p/>
    <w:p>
      <w:r>
        <w:rPr>
          <w:b/>
          <w:sz w:val="28"/>
        </w:rPr>
        <w:t>Versão 5</w:t>
      </w:r>
    </w:p>
    <w:p>
      <w:r>
        <w:rPr>
          <w:sz w:val="28"/>
        </w:rPr>
        <w:t>Antes: horas de pós-produção paradas em separação de foto. Depois: Cloud PhotoRF processa, separa por família, entrega em minutos. A diferença não é esforço — é ferramenta. No dia dezenove de agosto, no CONAFOR Smart em Santa Fé, a PX3 Lab apresenta uma condição que só será revelada no evento. Um dia. Um stand. Uma oportunidade. WhatsApp: onze, noventa e nove, duzentos e trinta e um, trinta e um, sessenta e um.</w:t>
      </w:r>
    </w:p>
    <w:p>
      <w:r>
        <w:t>______________________________________________________________________</w:t>
      </w:r>
    </w:p>
    <w:p/>
    <w:p>
      <w:pPr>
        <w:jc w:val="center"/>
      </w:pPr>
      <w:r>
        <w:rPr>
          <w:b/>
          <w:color w:val="1A1A1A"/>
          <w:sz w:val="32"/>
        </w:rPr>
        <w:t>60 SEGUNDOS</w:t>
      </w:r>
    </w:p>
    <w:p/>
    <w:p>
      <w:r>
        <w:rPr>
          <w:b/>
          <w:sz w:val="28"/>
        </w:rPr>
        <w:t>Versão 1</w:t>
      </w:r>
    </w:p>
    <w:p>
      <w:r>
        <w:rPr>
          <w:sz w:val="28"/>
        </w:rPr>
        <w:t>Existe um preço pra não aparecer. Não é só perder um evento — é deixar o concorrente sair de lá com uma vantagem que você não vai conseguir replicar mais tarde. No CONAFOR Smart, dia dezenove de agosto, em Santa Fé, a PX3 Lab vai estar com o Cloud PhotoRF e com uma condição que não vai existir fora daquele dia, daquele espaço, daquela conversa presencial. O Cloud PhotoRF já é o sistema que separa fotos por família em minutos — com mais de noventa e nove por cento de assertividade mesmo em foto lateral, com óculos, com má iluminação. Processa localmente, sem enviar dado pra servidor externo. É a ferramenta. O evento é a oportunidade de entrar nela com uma condição diferente. Quem não for vai continuar podendo usar o produto. Mas vai pagar o preço de não ter ido. Passa no stand da PX3 Lab no CONAFOR Smart. Dezenove de agosto. Santa Fé, Paraná. WhatsApp: onze, noventa e nove, duzentos e trinta e um, trinta e um, sessenta e um.</w:t>
      </w:r>
    </w:p>
    <w:p>
      <w:r>
        <w:t>______________________________________________________________________</w:t>
      </w:r>
    </w:p>
    <w:p/>
    <w:p>
      <w:r>
        <w:rPr>
          <w:b/>
          <w:sz w:val="28"/>
        </w:rPr>
        <w:t>Versão 2</w:t>
      </w:r>
    </w:p>
    <w:p>
      <w:r>
        <w:rPr>
          <w:sz w:val="28"/>
        </w:rPr>
        <w:t>Tem dois tipos de fotógrafo de formatura entrando nessa temporada. O primeiro ainda vai separar foto por família na mão — pasta por pasta, rosto por rosto, hora por hora. O segundo já automatizou. Termina o evento, aciona o sistema, em minutos cada família tem a galeria dela. O que separa os dois não é talento. É decisão. O Cloud PhotoRF é o sistema que faz isso — com assertividade acima de noventa e nove por cento mesmo nos casos que outros softwares erram: foto lateral, perfil, óculos de sol, ambiente com luz ruim. No CONAFOR Smart, dia dezenove de agosto, Santa Fé, Paraná, a PX3 Lab vai estar de stand aberto com uma condição que só existe pra quem aparecer pessoalmente. Não vai ser postada. Não vai ser mandada por WhatsApp antes. Só no evento. Você decide em qual grupo quer estar nessa temporada. Passa no stand da PX3 Lab. WhatsApp: onze, noventa e nove, duzentos e trinta e um, trinta e um, sessenta e um.</w:t>
      </w:r>
    </w:p>
    <w:p>
      <w:r>
        <w:t>______________________________________________________________________</w:t>
      </w:r>
    </w:p>
    <w:p/>
    <w:p>
      <w:r>
        <w:rPr>
          <w:b/>
          <w:sz w:val="28"/>
        </w:rPr>
        <w:t>Versão 3</w:t>
      </w:r>
    </w:p>
    <w:p>
      <w:r>
        <w:rPr>
          <w:sz w:val="28"/>
        </w:rPr>
        <w:t>A temporada de formaturas não espera. Ela chega com data marcada, com volume alto, com cliente exigente — e o fotógrafo que não está pronto chega correndo atrás enquanto os outros já estão entregando. Preparar a operação agora é o que separa quem vai escalar nessa temporada de quem vai sobreviver a ela. O Cloud PhotoRF é o sistema que elimina o gargalo mais pesado da pós-produção de formatura: a separação de fotos por família. O que levava horas passa a levar minutos. Com mais de noventa e nove por cento de assertividade — mesmo nas fotos de perfil, com óculos, com iluminação ruim. No dia dezenove de agosto, a PX3 Lab estará no CONAFOR Smart, na sede da Zangraf, em Santa Fé, no Paraná. E quem for pessoalmente vai ter acesso a uma condição que não vai circular antes nem depois do evento. Um único dia. A temporada começa logo. O stand da PX3 está esperando você. WhatsApp: onze, noventa e nove, duzentos e trinta e um, trinta e um, sessenta e um.</w:t>
      </w:r>
    </w:p>
    <w:p>
      <w:r>
        <w:t>______________________________________________________________________</w:t>
      </w:r>
    </w:p>
    <w:p/>
    <w:p>
      <w:r>
        <w:rPr>
          <w:b/>
          <w:sz w:val="28"/>
        </w:rPr>
        <w:t>Versão 4</w:t>
      </w:r>
    </w:p>
    <w:p>
      <w:r>
        <w:rPr>
          <w:sz w:val="28"/>
        </w:rPr>
        <w:t>Tem um ponto na operação de formatura onde mais tempo não resolve o problema — porque o problema não é dedicação, é método. Separar foto por família na mão não fica mais rápido com mais esforço. Fica mais rápido com a ferramenta certa. O Cloud PhotoRF reconhece rostos com mais de noventa e nove por cento de assertividade — incluindo foto lateral, de perfil, com óculos de sol, em ambientes com má iluminação. Coisas que travam outros sistemas, o Cloud passa direto. E processa tudo localmente: nenhum dado de aluno vai pra servidor externo. O que isso muda na prática? O que você faria em oito horas, você entrega em minutos. A operação inteira fica diferente. No CONAFOR Smart, dia dezenove de agosto, em Santa Fé, Paraná, a PX3 Lab vai apresentar uma condição exclusiva pra quem passar no stand pessoalmente. Só lá. Só naquele dia. Passa no stand da PX3 Lab e descobre o que está disponível. WhatsApp: onze, noventa e nove, duzentos e trinta e um, trinta e um, sessenta e um.</w:t>
      </w:r>
    </w:p>
    <w:p>
      <w:r>
        <w:t>______________________________________________________________________</w:t>
      </w:r>
    </w:p>
    <w:p/>
    <w:p>
      <w:r>
        <w:rPr>
          <w:b/>
          <w:sz w:val="28"/>
        </w:rPr>
        <w:t>Versão 5</w:t>
      </w:r>
    </w:p>
    <w:p>
      <w:r>
        <w:rPr>
          <w:sz w:val="28"/>
        </w:rPr>
        <w:t>Reconhecimento facial em foto de formatura é um problema técnico. Foto tirada de lado. Aluno de perfil. Óculos refletindo a luz. Salão com iluminação ruim. A maioria dos sistemas falha nesses casos. O Cloud PhotoRF foi construído pra eles. Mais de noventa e nove por cento de assertividade. Processamento local. Separação por família em minutos. Não é promessa — é o que o sistema já entrega pra quem opera com ele hoje. No dia dezenove de agosto, a PX3 Lab vai estar no CONAFOR Smart, na sede da Zangraf, em Santa Fé, Paraná. E tem algo que a gente está reservando pra quem aparecer presencialmente. Não vamos anunciar antes. Não vai estar no site. Não vai chegar no seu WhatsApp. É uma condição de evento. Para quem estiver lá. Se você trabalha com formatura e quer entrar nessa temporada com a operação travada, essa é a conversa que você precisa ter. Passa no stand da PX3 Lab no CONAFOR Smart. Dezenove de agosto. Santa Fé, Paraná. WhatsApp: onze, noventa e nove, duzentos e trinta e um, trinta e um, sessenta e um.</w:t>
      </w:r>
    </w:p>
    <w:p>
      <w:r>
        <w:t>______________________________________________________________________</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