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Copies — Criativos Estáticos | Cloud PhotoRF</w:t>
      </w:r>
    </w:p>
    <w:p>
      <w:pPr>
        <w:jc w:val="center"/>
      </w:pPr>
      <w:r>
        <w:t>Objetivo: CTA para teste gratuito na landing page</w:t>
      </w:r>
    </w:p>
    <w:p/>
    <w:p>
      <w:pPr>
        <w:pStyle w:val="Heading1"/>
      </w:pPr>
      <w:r>
        <w:t>GRUPO 1 — Já usou outro software e não teve resultado</w:t>
      </w:r>
    </w:p>
    <w:p>
      <w:r>
        <w:rPr>
          <w:b/>
          <w:color w:val="1A73E8"/>
        </w:rPr>
        <w:t>Copy 1</w:t>
      </w:r>
    </w:p>
    <w:p>
      <w:r>
        <w:rPr>
          <w:b/>
        </w:rPr>
        <w:t xml:space="preserve">Headline: </w:t>
      </w:r>
      <w:r>
        <w:t>O problema não era você. Era o software.</w:t>
      </w:r>
    </w:p>
    <w:p>
      <w:r>
        <w:rPr>
          <w:b/>
        </w:rPr>
        <w:t xml:space="preserve">Sub: </w:t>
      </w:r>
      <w:r>
        <w:t>99% de assertividade, processamento local e 3.000 fotos em 8 minutos. Teste grátis antes de acreditar.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2</w:t>
      </w:r>
    </w:p>
    <w:p>
      <w:r>
        <w:rPr>
          <w:b/>
        </w:rPr>
        <w:t xml:space="preserve">Headline: </w:t>
      </w:r>
      <w:r>
        <w:t>"Reconhecimento facial" é uma coisa. Isso aqui é outra.</w:t>
      </w:r>
    </w:p>
    <w:p>
      <w:r>
        <w:rPr>
          <w:b/>
        </w:rPr>
        <w:t xml:space="preserve">Sub: </w:t>
      </w:r>
      <w:r>
        <w:t>Nenhuma foto vai pro servidor. Funciona em militares com boné. 99% de acerto. O que você usou antes não era isso.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3</w:t>
      </w:r>
    </w:p>
    <w:p>
      <w:r>
        <w:rPr>
          <w:b/>
        </w:rPr>
        <w:t xml:space="preserve">Headline: </w:t>
      </w:r>
      <w:r>
        <w:t>Outros prometem IA. Aqui você mede em minutos.</w:t>
      </w:r>
    </w:p>
    <w:p>
      <w:r>
        <w:rPr>
          <w:b/>
        </w:rPr>
        <w:t xml:space="preserve">Sub: </w:t>
      </w:r>
      <w:r>
        <w:t>3.000 fotos separadas em 8 minutos. Processamento no seu computador, sem upload das fotos. Crédito não expira — você testa na hora.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4</w:t>
      </w:r>
    </w:p>
    <w:p>
      <w:r>
        <w:rPr>
          <w:b/>
        </w:rPr>
        <w:t xml:space="preserve">Headline: </w:t>
      </w:r>
      <w:r>
        <w:t>Se o anterior errou rostos, o problema era a tecnologia.</w:t>
      </w:r>
    </w:p>
    <w:p>
      <w:r>
        <w:rPr>
          <w:b/>
        </w:rPr>
        <w:t xml:space="preserve">Sub: </w:t>
      </w:r>
      <w:r>
        <w:t>Cloud PhotoRF usa reconhecimento facial treinado em eventos reais — formaturas, militares, colações. 99% de assertividade não é promessa de site. É o que os fotógrafos medem depois.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5</w:t>
      </w:r>
    </w:p>
    <w:p>
      <w:r>
        <w:rPr>
          <w:b/>
        </w:rPr>
        <w:t xml:space="preserve">Headline: </w:t>
      </w:r>
      <w:r>
        <w:t>Última vez que você tentou reconhecimento facial, deu errado. Tudo bem.</w:t>
      </w:r>
    </w:p>
    <w:p>
      <w:r>
        <w:rPr>
          <w:b/>
        </w:rPr>
        <w:t xml:space="preserve">Sub: </w:t>
      </w:r>
      <w:r>
        <w:t>Cria uma pasta por pessoa, processa localmente, nenhuma foto sai do seu controle. Teste grátis sem cartão. Se não gostar, não paga nada mesmo.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/>
    <w:p>
      <w:pPr>
        <w:pStyle w:val="Heading1"/>
      </w:pPr>
      <w:r>
        <w:t>GRUPO 2 — Usa outro software e está acomodado</w:t>
      </w:r>
    </w:p>
    <w:p>
      <w:r>
        <w:rPr>
          <w:b/>
          <w:color w:val="1A73E8"/>
        </w:rPr>
        <w:t>Copy 6</w:t>
      </w:r>
    </w:p>
    <w:p>
      <w:r>
        <w:rPr>
          <w:b/>
        </w:rPr>
        <w:t xml:space="preserve">Headline: </w:t>
      </w:r>
      <w:r>
        <w:t>Cada formatura que você entregou na semana, outro fotógrafo entregou no mesmo dia.</w:t>
      </w:r>
    </w:p>
    <w:p>
      <w:r>
        <w:rPr>
          <w:b/>
        </w:rPr>
        <w:t xml:space="preserve">Sub: </w:t>
      </w:r>
      <w:r>
        <w:t>3.000 fotos em 8 minutos. Processamento local. Sem mensalidade. Enquanto você não muda, o prazo de entrega está custando clientes.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7</w:t>
      </w:r>
    </w:p>
    <w:p>
      <w:r>
        <w:rPr>
          <w:b/>
        </w:rPr>
        <w:t xml:space="preserve">Headline: </w:t>
      </w:r>
      <w:r>
        <w:t>"Já funciona" não é o mesmo que funcionar bem.</w:t>
      </w:r>
    </w:p>
    <w:p>
      <w:r>
        <w:rPr>
          <w:b/>
        </w:rPr>
        <w:t xml:space="preserve">Sub: </w:t>
      </w:r>
      <w:r>
        <w:t>Se separação de foto ainda trava sua agenda ou ocupa equipe, você está pagando por um problema que sumiu pra quem migrou. Teste grátis em 10 minutos.</w:t>
      </w:r>
    </w:p>
    <w:p>
      <w:r>
        <w:rPr>
          <w:b/>
        </w:rPr>
        <w:t xml:space="preserve">CTA: </w:t>
      </w:r>
      <w:r>
        <w:t>Testar agora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8</w:t>
      </w:r>
    </w:p>
    <w:p>
      <w:r>
        <w:rPr>
          <w:b/>
        </w:rPr>
        <w:t xml:space="preserve">Headline: </w:t>
      </w:r>
      <w:r>
        <w:t>Quantas horas da sua equipe foram pra separação de foto esse mês?</w:t>
      </w:r>
    </w:p>
    <w:p>
      <w:r>
        <w:rPr>
          <w:b/>
        </w:rPr>
        <w:t xml:space="preserve">Sub: </w:t>
      </w:r>
      <w:r>
        <w:t>Multiplique por salário. Esse é o custo invisível que o seu software atual não te mostra. Cloud PhotoRF faz o mesmo em minutos, sem contratação extra.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9</w:t>
      </w:r>
    </w:p>
    <w:p>
      <w:r>
        <w:rPr>
          <w:b/>
        </w:rPr>
        <w:t xml:space="preserve">Headline: </w:t>
      </w:r>
      <w:r>
        <w:t>Migrar leva menos tempo do que uma rodada de separação manual.</w:t>
      </w:r>
    </w:p>
    <w:p>
      <w:r>
        <w:rPr>
          <w:b/>
        </w:rPr>
        <w:t xml:space="preserve">Sub: </w:t>
      </w:r>
      <w:r>
        <w:t>Sobe as fotos, 1 foto de cada pessoa, a IA separa. Sem curva de aprendizado. Sem mensalidade. Crédito não expira. Começa grátis e já vê se vale.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10</w:t>
      </w:r>
    </w:p>
    <w:p>
      <w:r>
        <w:rPr>
          <w:b/>
        </w:rPr>
        <w:t xml:space="preserve">Headline: </w:t>
      </w:r>
      <w:r>
        <w:t>O software que você usa resolve. O Cloud PhotoRF resolve em minutos.</w:t>
      </w:r>
    </w:p>
    <w:p>
      <w:r>
        <w:rPr>
          <w:b/>
        </w:rPr>
        <w:t xml:space="preserve">Sub: </w:t>
      </w:r>
      <w:r>
        <w:t>Fotógrafos que saíram do manual ou do concorrente entregam mais eventos com a mesma equipe. A diferença não aparece num evento. Aparece no faturamento do trimestre.</w:t>
      </w:r>
    </w:p>
    <w:p>
      <w:r>
        <w:t>──────────────────────────────────────────────────</w:t>
      </w:r>
    </w:p>
    <w:p/>
    <w:p>
      <w:pPr>
        <w:pStyle w:val="Heading1"/>
      </w:pPr>
      <w:r>
        <w:t>GRUPO 3 — Tempo perdido em separação manual</w:t>
      </w:r>
    </w:p>
    <w:p>
      <w:r>
        <w:rPr>
          <w:b/>
          <w:color w:val="1A73E8"/>
        </w:rPr>
        <w:t>Copy 11</w:t>
      </w:r>
    </w:p>
    <w:p>
      <w:r>
        <w:rPr>
          <w:b/>
        </w:rPr>
        <w:t xml:space="preserve">Headline: </w:t>
      </w:r>
      <w:r>
        <w:t>3.000 fotos. 8 minutos. Sem tocar em nenhuma.</w:t>
      </w:r>
    </w:p>
    <w:p>
      <w:r>
        <w:rPr>
          <w:b/>
        </w:rPr>
        <w:t xml:space="preserve">Sub: </w:t>
      </w:r>
      <w:r>
        <w:t>Sobe o lote, a IA separa por pessoa e entrega cada uma na pasta certa. Você fecha o evento enquanto o software trabalha.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12</w:t>
      </w:r>
    </w:p>
    <w:p>
      <w:r>
        <w:rPr>
          <w:b/>
        </w:rPr>
        <w:t xml:space="preserve">Headline: </w:t>
      </w:r>
      <w:r>
        <w:t>Você ainda está separando foto na mão?</w:t>
      </w:r>
    </w:p>
    <w:p>
      <w:r>
        <w:rPr>
          <w:b/>
        </w:rPr>
        <w:t xml:space="preserve">Sub: </w:t>
      </w:r>
      <w:r>
        <w:t>Em 8 minutos o Cloud PhotoRF separa 3.000 fotos com 99% de assertividade. O que sua equipe leva dias fazendo, a IA entrega antes do almoço.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13</w:t>
      </w:r>
    </w:p>
    <w:p>
      <w:r>
        <w:rPr>
          <w:b/>
        </w:rPr>
        <w:t xml:space="preserve">Headline: </w:t>
      </w:r>
      <w:r>
        <w:t>O tempo que você gasta separando foto é o tempo que você não está fechando o próximo evento.</w:t>
      </w:r>
    </w:p>
    <w:p>
      <w:r>
        <w:rPr>
          <w:b/>
        </w:rPr>
        <w:t xml:space="preserve">Sub: </w:t>
      </w:r>
      <w:r>
        <w:t>Automatize a separação. Libere sua equipe. Atenda mais formaturas com o mesmo estúdio.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14</w:t>
      </w:r>
    </w:p>
    <w:p>
      <w:r>
        <w:rPr>
          <w:b/>
        </w:rPr>
        <w:t xml:space="preserve">Headline: </w:t>
      </w:r>
      <w:r>
        <w:t>Após o evento, a parte mais chata virou a mais rápida.</w:t>
      </w:r>
    </w:p>
    <w:p>
      <w:r>
        <w:rPr>
          <w:b/>
        </w:rPr>
        <w:t xml:space="preserve">Sub: </w:t>
      </w:r>
      <w:r>
        <w:t>1 foto de identificação por pessoa. Upload do lote. 8 minutos. Cada aluno recebe exatamente as fotos dele — sem erro, sem retrabalho.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15</w:t>
      </w:r>
    </w:p>
    <w:p>
      <w:r>
        <w:rPr>
          <w:b/>
        </w:rPr>
        <w:t xml:space="preserve">Headline: </w:t>
      </w:r>
      <w:r>
        <w:t>Sua equipe foi contratada pra fotografar. Não pra arrastar arquivo.</w:t>
      </w:r>
    </w:p>
    <w:p>
      <w:r>
        <w:rPr>
          <w:b/>
        </w:rPr>
        <w:t xml:space="preserve">Sub: </w:t>
      </w:r>
      <w:r>
        <w:t>Reconhecimento facial automático, processamento local, 99% de acerto. Devolva o tempo do seu time pra onde ele gera resultado.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16</w:t>
      </w:r>
    </w:p>
    <w:p>
      <w:r>
        <w:rPr>
          <w:b/>
        </w:rPr>
        <w:t xml:space="preserve">Headline: </w:t>
      </w:r>
      <w:r>
        <w:t>Dois dias viraram oito minutos.</w:t>
      </w:r>
    </w:p>
    <w:p>
      <w:r>
        <w:rPr>
          <w:b/>
        </w:rPr>
        <w:t xml:space="preserve">Sub: </w:t>
      </w:r>
      <w:r>
        <w:t>É o que acontece quando você para de separar foto manualmente e deixa a IA fazer. Crédito não expira, começa grátis, sem cartão.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/>
    <w:p>
      <w:pPr>
        <w:pStyle w:val="Heading1"/>
      </w:pPr>
      <w:r>
        <w:t>GRUPO 4 — Custo de escalar (equipe, tempo, erros)</w:t>
      </w:r>
    </w:p>
    <w:p>
      <w:r>
        <w:rPr>
          <w:b/>
          <w:color w:val="1A73E8"/>
        </w:rPr>
        <w:t>Copy 17</w:t>
      </w:r>
    </w:p>
    <w:p>
      <w:r>
        <w:rPr>
          <w:b/>
        </w:rPr>
        <w:t xml:space="preserve">Headline: </w:t>
      </w:r>
      <w:r>
        <w:t>Escalar não significa contratar.</w:t>
      </w:r>
    </w:p>
    <w:p>
      <w:r>
        <w:rPr>
          <w:b/>
        </w:rPr>
        <w:t xml:space="preserve">Sub: </w:t>
      </w:r>
      <w:r>
        <w:t>A Forma Eventos passou de 70 para 220 alunos atendidos por evento com a mesma equipe. O que mudou foi o Cloud PhotoRF — 99% de assertividade, sem nenhum funcionário a mais.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18</w:t>
      </w:r>
    </w:p>
    <w:p>
      <w:r>
        <w:rPr>
          <w:b/>
        </w:rPr>
        <w:t xml:space="preserve">Headline: </w:t>
      </w:r>
      <w:r>
        <w:t>Antes de contratar mais uma pessoa pra separação de foto, lê isso.</w:t>
      </w:r>
    </w:p>
    <w:p>
      <w:r>
        <w:rPr>
          <w:b/>
        </w:rPr>
        <w:t xml:space="preserve">Sub: </w:t>
      </w:r>
      <w:r>
        <w:t>3.000 fotos separadas em 8 minutos. Processamento local. 1 crédito por foto, sem mensalidade. O custo de um funcionário paga anos de uso.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19</w:t>
      </w:r>
    </w:p>
    <w:p>
      <w:r>
        <w:rPr>
          <w:b/>
        </w:rPr>
        <w:t xml:space="preserve">Headline: </w:t>
      </w:r>
      <w:r>
        <w:t>Volume alto com a mesma equipe. Isso é escala de verdade.</w:t>
      </w:r>
    </w:p>
    <w:p>
      <w:r>
        <w:rPr>
          <w:b/>
        </w:rPr>
        <w:t xml:space="preserve">Sub: </w:t>
      </w:r>
      <w:r>
        <w:t>Fotógrafos de formatura estão fechando mais eventos sem contratar porque a separação saiu da equipe e foi pra IA. Teste grátis pra ver se funciona no seu fluxo.</w:t>
      </w:r>
    </w:p>
    <w:p>
      <w:r>
        <w:rPr>
          <w:b/>
        </w:rPr>
        <w:t xml:space="preserve">CTA: </w:t>
      </w:r>
      <w:r>
        <w:t>Testar agora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20</w:t>
      </w:r>
    </w:p>
    <w:p>
      <w:r>
        <w:rPr>
          <w:b/>
        </w:rPr>
        <w:t xml:space="preserve">Headline: </w:t>
      </w:r>
      <w:r>
        <w:t>Erro na hora de entregar foto custa muito mais do que o software.</w:t>
      </w:r>
    </w:p>
    <w:p>
      <w:r>
        <w:rPr>
          <w:b/>
        </w:rPr>
        <w:t xml:space="preserve">Sub: </w:t>
      </w:r>
      <w:r>
        <w:t>Separação manual tem erro. Erro vira retrabalho. Retrabalho vira hora extra. 99% de assertividade no Cloud PhotoRF elimina esse ciclo no início.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21</w:t>
      </w:r>
    </w:p>
    <w:p>
      <w:r>
        <w:rPr>
          <w:b/>
        </w:rPr>
        <w:t xml:space="preserve">Headline: </w:t>
      </w:r>
      <w:r>
        <w:t>Quanto custa um funcionário só pra separar foto?</w:t>
      </w:r>
    </w:p>
    <w:p>
      <w:r>
        <w:rPr>
          <w:b/>
        </w:rPr>
        <w:t xml:space="preserve">Sub: </w:t>
      </w:r>
      <w:r>
        <w:t>Some salário, encargo, tempo de treinamento. Agora compare com 1 crédito por foto, sem mensalidade, crédito que não expira. A conta fecha no primeiro evento.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>
      <w:r>
        <w:rPr>
          <w:b/>
          <w:color w:val="1A73E8"/>
        </w:rPr>
        <w:t>Copy 22</w:t>
      </w:r>
    </w:p>
    <w:p>
      <w:r>
        <w:rPr>
          <w:b/>
        </w:rPr>
        <w:t xml:space="preserve">Headline: </w:t>
      </w:r>
      <w:r>
        <w:t>Não é sobre trabalhar mais. É sobre entregar mais sem trabalhar mais.</w:t>
      </w:r>
    </w:p>
    <w:p>
      <w:r>
        <w:rPr>
          <w:b/>
        </w:rPr>
        <w:t xml:space="preserve">Sub: </w:t>
      </w:r>
      <w:r>
        <w:t>Mesma equipe. Mais eventos. Mais receita. O que mudou pra quem já usa: saiu a separação manual, entrou reconhecimento facial com 99% de acerto em 8 minutos.</w:t>
      </w:r>
    </w:p>
    <w:p>
      <w:r>
        <w:rPr>
          <w:b/>
        </w:rPr>
        <w:t xml:space="preserve">CTA: </w:t>
      </w:r>
      <w:r>
        <w:t>Teste grátis →</w:t>
      </w:r>
    </w:p>
    <w:p>
      <w:r>
        <w:t>──────────────────────────────────────────────────</w:t>
      </w:r>
    </w:p>
    <w:p/>
    <w:p>
      <w:pPr>
        <w:pStyle w:val="Heading2"/>
      </w:pPr>
      <w:r>
        <w:t>Nota Estratégica</w:t>
      </w:r>
    </w:p>
    <w:p>
      <w:r>
        <w:t>O Grupo 1 (avatar cético) converte melhor combinado com elemento visual de prova no criativo — print de resultado, depoimento ou número em destaque. A copy destrói a objeção, mas o avatar cético precisa de evidência visual para fechar.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