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jc w:val="center"/>
      </w:pPr>
      <w:r>
        <w:t>Roteiros Teleprompter — Mesas Radiônicas Agosto 2026</w:t>
      </w:r>
    </w:p>
    <w:p>
      <w:r>
        <w:rPr>
          <w:b/>
        </w:rPr>
        <w:t xml:space="preserve">Oferta: </w:t>
      </w:r>
      <w:r>
        <w:t>De R$1.397 por R$897 — mês de agosto (7 anos de cursos online)</w:t>
      </w:r>
    </w:p>
    <w:p>
      <w:r>
        <w:rPr>
          <w:b/>
        </w:rPr>
        <w:t xml:space="preserve">Bônus físicos pelos Correios (~R$500): </w:t>
      </w:r>
      <w:r>
        <w:t>2 kits de mesas radiônicas (10 mesas) + livro "Tá Com Problema, Resolve"</w:t>
      </w:r>
    </w:p>
    <w:p/>
    <w:p>
      <w:pPr>
        <w:pStyle w:val="Heading2"/>
      </w:pPr>
      <w:r>
        <w:t>ROTEIRO 01 — Aniversário</w:t>
      </w:r>
    </w:p>
    <w:p>
      <w:pPr>
        <w:spacing w:after="120"/>
      </w:pPr>
      <w:r>
        <w:t>Há sete anos eu coloquei o meu primeiro curso de Mesas Radiônicas online. Naquela época, poucas pessoas acreditavam que era possível aprender isso pela internet. Hoje são milhares de alunos em todo o Brasil. Para celebrar esse aniversário, decidi fazer algo que nunca fiz antes. O curso que custa R$1.397 está saindo por R$897 durante todo o mês de agosto. E você ainda ganha dois kits completos de mesas radiônicas e o meu livro físico — tudo enviado pelos Correios, quase R$500 em bônus chegando na sua casa. É a minha forma de agradecer a quem confia no meu trabalho. O link está aqui, a oferta é por tempo limitado.</w:t>
      </w:r>
    </w:p>
    <w:p/>
    <w:p>
      <w:pPr>
        <w:pStyle w:val="Heading2"/>
      </w:pPr>
      <w:r>
        <w:t>ROTEIRO 02 — Bônus empilhados</w:t>
      </w:r>
    </w:p>
    <w:p>
      <w:pPr>
        <w:spacing w:after="120"/>
      </w:pPr>
      <w:r>
        <w:t>Deixa eu te mostrar o que você recebe quando entra no Curso de Mesas Radiônicas Online agora. Primeiro, o kit completo com cinco mesas: Saúde, Ossos, Relacionamentos, Prosperidade Financeira e Proteção e Equilíbrio Psíquico. Segundo, um segundo kit idêntico de bônus — são dez mesas no total. Terceiro, o meu livro físico "Tá Com Problema, Resolve" chegando na sua casa pelos Correios. Os dois kits e o livro juntos chegam a quase R$500 em bônus físicos enviados pra você. Tudo isso por R$897 em agosto. Se você estiver esperando o momento certo, ele é agora.</w:t>
      </w:r>
    </w:p>
    <w:p/>
    <w:p>
      <w:pPr>
        <w:pStyle w:val="Heading2"/>
      </w:pPr>
      <w:r>
        <w:t>ROTEIRO 03 — Urgência</w:t>
      </w:r>
    </w:p>
    <w:p>
      <w:pPr>
        <w:spacing w:after="120"/>
      </w:pPr>
      <w:r>
        <w:t>Essa oferta existe por um único motivo: agosto é o mês do aniversário dos meus sete anos de cursos online. No dia primeiro de setembro, o preço volta para R$1.397. Não tem prorrogação, não tem exceção. Se você entrar agora, leva o curso completo de Mesas Radiônicas, dois kits físicos completos com dez mesas e o meu livro — tudo enviado pelos Correios. São quase R$500 em bônus físicos chegando na sua casa. Por R$897 você leva tudo. Clica no link, garante sua vaga e começa ainda hoje.</w:t>
      </w:r>
    </w:p>
    <w:p/>
    <w:p>
      <w:pPr>
        <w:pStyle w:val="Heading2"/>
      </w:pPr>
      <w:r>
        <w:t>ROTEIRO 04 — Transformação</w:t>
      </w:r>
    </w:p>
    <w:p>
      <w:pPr>
        <w:spacing w:after="120"/>
      </w:pPr>
      <w:r>
        <w:t>Eu já vi pessoas que viviam com saúde debilitada, relacionamentos destruídos e finanças no chão transformarem completamente a sua vida depois de aprender a trabalhar com as Mesas Radiônicas. Não é magia. É uma ferramenta energética precisa, que qualquer pessoa consegue aprender e aplicar. No meu curso online você aprende do zero, no seu ritmo, com todo o suporte que precisa. E em agosto, com R$500 de desconto e dois kits de mesas mais o livro físico de bônus. O link está aqui.</w:t>
      </w:r>
    </w:p>
    <w:p/>
    <w:p>
      <w:pPr>
        <w:pStyle w:val="Heading2"/>
      </w:pPr>
      <w:r>
        <w:t>ROTEIRO 05 — Credibilidade</w:t>
      </w:r>
    </w:p>
    <w:p>
      <w:pPr>
        <w:spacing w:after="120"/>
      </w:pPr>
      <w:r>
        <w:t>Sou Francisco Borrello. Há mais de vinte anos trabalho com Feng Shui e Radiestesia, e há sete anos ensino Mesas Radiônicas pela internet. Já formei alunos em todos os estados do Brasil e em outros países. Quando eu digo que esse curso funciona, não é promessa — é experiência comprovada com milhares de pessoas. Em agosto, estou oferecendo o curso com R$500 de desconto, e você ainda ganha dois kits completos de mesas e o meu livro físico pelos Correios. Aproveita enquanto o mês ainda não acabou.</w:t>
      </w:r>
    </w:p>
    <w:p/>
    <w:p>
      <w:pPr>
        <w:pStyle w:val="Heading2"/>
      </w:pPr>
      <w:r>
        <w:t>ROTEIRO 06 — Dor / Problema</w:t>
      </w:r>
    </w:p>
    <w:p>
      <w:pPr>
        <w:spacing w:after="120"/>
      </w:pPr>
      <w:r>
        <w:t>Se você sente que tem algo fora de equilíbrio — na saúde, nos relacionamentos, no financeiro — e já tentou de tudo sem resultado consistente, talvez o que esteja faltando seja uma abordagem energética. As Mesas Radiônicas são ferramentas que atuam exatamente nessa camada. E você pode aprender a usar no seu próprio lar, sozinho, para você e para quem você ama. O meu curso está com R$500 de desconto em agosto. Você ainda ganha dois kits de mesas e o livro físico, tudo enviado pelos Correios. Clica no link e veja os detalhes.</w:t>
      </w:r>
    </w:p>
    <w:p/>
    <w:p>
      <w:pPr>
        <w:pStyle w:val="Heading2"/>
      </w:pPr>
      <w:r>
        <w:t>ROTEIRO 07 — Escassez (ideal para fim de agosto)</w:t>
      </w:r>
    </w:p>
    <w:p>
      <w:pPr>
        <w:spacing w:after="120"/>
      </w:pPr>
      <w:r>
        <w:t>Agosto tem trinta e um dias. Quando o último acabar, essa oferta some. Eu não vou reabrir, não vou fazer uma exceção, não vou mandar o link mais tarde. O Curso de Mesas Radiônicas Online por R$897 existe só durante o mês do meu aniversário de sete anos de cursos online. Junto com o curso você leva dez mesas radiônicas em dois kits completos e o meu livro "Tá Com Problema, Resolve" — tudo pelos Correios, quase R$500 em bônus físicos. Se você está assistindo esse vídeo ainda em agosto, você ainda está a tempo. Clica agora.</w:t>
      </w:r>
    </w:p>
    <w:p/>
    <w:p>
      <w:pPr>
        <w:pStyle w:val="Heading2"/>
      </w:pPr>
      <w:r>
        <w:t>ROTEIRO 08 — História pessoal</w:t>
      </w:r>
    </w:p>
    <w:p>
      <w:pPr>
        <w:spacing w:after="120"/>
      </w:pPr>
      <w:r>
        <w:t>Quando comecei a estudar Radiestesia, eu não imaginava que um dia ensinaria isso pela internet. Parecia impossível transmitir pela tela o que eu sentia trabalhando com as mesas. Mas eu tentei. E funcionou além do que eu esperava. Hoje, sete anos depois, tenho alunos que aplicam as Mesas Radiônicas para saúde, prosperidade e proteção todos os dias — e que me mandam resultados que me emocionam. Para comemorar, o curso está com R$500 de desconto em agosto, com dois kits de mesas e o livro físico enviados pelos Correios de bônus. O link está aqui embaixo.</w:t>
      </w:r>
    </w:p>
    <w:p/>
    <w:p>
      <w:pPr>
        <w:pStyle w:val="Heading2"/>
      </w:pPr>
      <w:r>
        <w:t>ROTEIRO 09 — Como funciona</w:t>
      </w:r>
    </w:p>
    <w:p>
      <w:pPr>
        <w:spacing w:after="120"/>
      </w:pPr>
      <w:r>
        <w:t>A Mesa Radiônica não é um símbolo decorativo. É uma ferramenta de trabalho energético com geometrias e campos específicos que potencializam a intenção de quem a usa. No meu curso você aprende como cada mesa funciona, para que área da vida ela é indicada e como ativá-la corretamente. São cinco mesas: Saúde, Ossos, Relacionamentos, Prosperidade e Proteção. Você recebe dois kits completos e o meu livro físico, tudo pelos Correios, por R$897 em agosto. Clica no link e entra.</w:t>
      </w:r>
    </w:p>
    <w:p/>
    <w:p>
      <w:pPr>
        <w:pStyle w:val="Heading2"/>
      </w:pPr>
      <w:r>
        <w:t>ROTEIRO 10 — Objeção / "não sei se é pra mim"</w:t>
      </w:r>
    </w:p>
    <w:p>
      <w:pPr>
        <w:spacing w:after="120"/>
      </w:pPr>
      <w:r>
        <w:t>Talvez você já tenha ouvido falar em Mesas Radiônicas mas nunca tenha certeza se isso era para você. Entendo. Eu mesmo levei um tempo para entender a profundidade dessa ferramenta. Por isso o meu curso começa do zero. Você não precisa ter nenhuma experiência anterior com esoterismo, espiritualidade ou energias. Qualquer pessoa consegue aprender e aplicar. Para te dar ainda mais segurança, em agosto o curso está com R$500 de desconto e você ganha dois kits de mesas e o livro físico, tudo pelos Correios. Dá uma chance. Clica no link.</w:t>
      </w:r>
    </w:p>
    <w:p/>
    <w:p>
      <w:pPr>
        <w:pStyle w:val="Heading2"/>
      </w:pPr>
      <w:r>
        <w:t>ROTEIRO 11 — Destaque nos bônus físicos</w:t>
      </w:r>
    </w:p>
    <w:p>
      <w:pPr>
        <w:spacing w:after="120"/>
      </w:pPr>
      <w:r>
        <w:t>Além do curso completo de Mesas Radiônicas, em agosto você recebe dois kits completos de mesas radiônicas — dez mesas no total — e o meu livro físico "Tá Com Problema, Resolve", tudo enviado pelos Correios direto para a sua casa. O livro e os dois kits juntos chegam a quase R$500 em material físico na sua porta, sem custo adicional. Tudo isso pelo preço de R$897, só em agosto. Clica no link e garante o seu.</w:t>
      </w:r>
    </w:p>
    <w:p/>
    <w:p>
      <w:pPr>
        <w:pStyle w:val="Heading2"/>
      </w:pPr>
      <w:r>
        <w:t>ROTEIRO 12 — Comparação de valor</w:t>
      </w:r>
    </w:p>
    <w:p>
      <w:pPr>
        <w:spacing w:after="120"/>
      </w:pPr>
      <w:r>
        <w:t>R$897 dividido por tudo que você recebe. Um curso completo de Mesas Radiônicas que te ensina do zero ao avançado. Dois kits físicos completos com dez mesas — Mesa da Saúde, dos Ossos, dos Relacionamentos, da Prosperidade e da Proteção. Mais o meu livro físico enviado pelos Correios. O livro e os dois kits juntos chegam a quase R$500 em material físico chegando na sua casa. Estou te entregando muito mais do que o preço pede, porque esse é o mês do meu aniversário de sete anos e quero celebrar com quem acredita nesse trabalho. O link está aqui.</w:t>
      </w:r>
    </w:p>
    <w:p/>
    <w:p>
      <w:pPr>
        <w:pStyle w:val="Heading2"/>
      </w:pPr>
      <w:r>
        <w:t>ROTEIRO 13 — Áreas da vida</w:t>
      </w:r>
    </w:p>
    <w:p>
      <w:pPr>
        <w:spacing w:after="120"/>
      </w:pPr>
      <w:r>
        <w:t>O que você quer equilibrar na sua vida? Saúde? Relacionamentos? Finanças? Proteção energética? Cada uma das Mesas Radiônicas do curso atua em uma área específica. A Mesa da Saúde, a Mesa dos Ossos para o físico, a Mesa dos Relacionamentos, a Mesa da Prosperidade Financeira e a Mesa da Proteção e Equilíbrio Psíquico. São cinco ferramentas para cinco aspectos da sua vida — e você recebe dois kits completos, mais o livro físico pelos Correios. Tudo com R$500 de desconto em agosto. Clica no link.</w:t>
      </w:r>
    </w:p>
    <w:p/>
    <w:p>
      <w:pPr>
        <w:pStyle w:val="Heading2"/>
      </w:pPr>
      <w:r>
        <w:t>ROTEIRO 14 — Prova social</w:t>
      </w:r>
    </w:p>
    <w:p>
      <w:pPr>
        <w:spacing w:after="120"/>
      </w:pPr>
      <w:r>
        <w:t>Sete anos. Milhares de alunos. Pessoas que chegaram sem saber nada sobre Mesas Radiônicas e hoje são praticantes que ajudam familiares, amigos, a si mesmas. Esse é o resultado dos meus cursos online. E o que aprendi nesse tempo é que qualquer pessoa que se dedica aprende e sente os resultados. Para comemorar esses sete anos, o curso está com R$500 de desconto durante todo agosto, e você ainda ganha dois kits de mesas e o meu livro físico pelos Correios. Se você estiver pronto, o link está aqui embaixo.</w:t>
      </w:r>
    </w:p>
    <w:p/>
    <w:p>
      <w:pPr>
        <w:pStyle w:val="Heading2"/>
      </w:pPr>
      <w:r>
        <w:t>ROTEIRO 15 — Gratidão / Encerramento emocional</w:t>
      </w:r>
    </w:p>
    <w:p>
      <w:pPr>
        <w:spacing w:after="120"/>
      </w:pPr>
      <w:r>
        <w:t>Quando olho para esses sete anos, o que eu sinto é gratidão. Gratidão por cada aluno que confiou no meu trabalho, que aplicou o que aprendeu e que voltou para me contar os resultados. Este mês de agosto é para vocês. O Curso de Mesas Radiônicas Online está com R$500 de desconto, você leva dois kits completos de mesas e o meu livro físico — tudo chegando na sua casa pelos Correios. Não é só um curso. É um presente de aniversário para quem decide entrar agora. O link está aqui. Nos vemos dentro do curso.</w:t>
      </w:r>
    </w:p>
    <w:p/>
    <w:p>
      <w:pPr>
        <w:pStyle w:val="Heading2"/>
      </w:pPr>
      <w:r>
        <w:t>ROTEIRO 16 — Trabalho a distância (ângulo: ajudar quem você ama sem precisar estar presente)</w:t>
      </w:r>
    </w:p>
    <w:p>
      <w:pPr>
        <w:spacing w:after="120"/>
      </w:pPr>
      <w:r>
        <w:t>Tem algo que a maioria das pessoas não sabe sobre as Mesas Radiônicas: você pode trabalhar por alguém que está do outro lado do país. Não precisa de presença física. Você aprende a fazer o trabalho energético a distância — para o seu filho, para a sua mãe, para um amigo que está passando por um momento difícil. Eu ensino exatamente isso no curso. Depois que você aprende, a distância deixa de ser um obstáculo. Você se torna um ponto de apoio real para as pessoas que ama, usando ferramentas concretas e uma metodologia que pratico há trinta e cinco anos. Em agosto, o curso está com R$500 de desconto — são R$897 por tudo, incluindo dois kits de mesas e o meu livro físico enviados pelos Correios. Clica no link e entra.</w:t>
      </w:r>
    </w:p>
    <w:p/>
    <w:p>
      <w:pPr>
        <w:pStyle w:val="Heading2"/>
      </w:pPr>
      <w:r>
        <w:t>ROTEIRO 17 — Radiestesia como diagnóstico (ângulo: agir com precisão, não no escuro)</w:t>
      </w:r>
    </w:p>
    <w:p>
      <w:pPr>
        <w:spacing w:after="120"/>
      </w:pPr>
      <w:r>
        <w:t>A maioria das pessoas que usa ferramentas energéticas comete o mesmo erro: age sem diagnosticar. É como tomar remédio sem saber qual é a doença. No meu curso você aprende primeiro a Radiestesia — o uso do pêndulo, das pirâmides, da bússola — para identificar exatamente onde está o desequilíbrio antes de usar qualquer mesa. Esse diagnóstico energético é o que diferencia alguém que usa as ferramentas com precisão de alguém que usa no escuro. Trinta e cinco anos de prática me ensinaram que resultado vem de método, não de sorte. O curso está com R$500 de desconto em agosto. Dois kits de mesas e o livro físico chegam na sua casa pelos Correios. O link está aqui embaixo.</w:t>
      </w:r>
    </w:p>
    <w:p/>
    <w:p>
      <w:pPr>
        <w:pStyle w:val="Heading2"/>
      </w:pPr>
      <w:r>
        <w:t>ROTEIRO 18 — Identidade de terapeuta (ângulo: você pode se tornar um praticante profissional)</w:t>
      </w:r>
    </w:p>
    <w:p>
      <w:pPr>
        <w:spacing w:after="120"/>
      </w:pPr>
      <w:r>
        <w:t>Tem pessoas que entram no meu curso querendo resolver os próprios problemas. E resolvem. Mas tem outro grupo — e esse é especial — que entra e descobre que quer ir além. Que quer transformar esse conhecimento em uma prática, atender clientes, construir uma atividade. Em mais de duas mil e duzentas consultorias que realizei ao longo dos anos, aprendi que esse trabalho tem um valor enorme para quem está buscando uma saída do diagnóstico convencional. Você pode se tornar um praticante de Mesas Radiônicas. O curso te dá o conhecimento para isso. Em agosto está R$897, com dois kits físicos de mesas e o livro — tudo pelos Correios. Se essa possibilidade te interessa, o link está aqui.</w:t>
      </w:r>
    </w:p>
    <w:p/>
    <w:p>
      <w:pPr>
        <w:pStyle w:val="Heading2"/>
      </w:pPr>
      <w:r>
        <w:t>ROTEIRO 19 — O problema invisível (ângulo: a causa que nenhum exame encontra)</w:t>
      </w:r>
    </w:p>
    <w:p>
      <w:pPr>
        <w:spacing w:after="120"/>
      </w:pPr>
      <w:r>
        <w:t>Você já fez exame, consultou médico, tentou remédio, mudou alimentação — e o problema continua? Às vezes o desequilíbrio não está onde a medicina convencional olha. Está na camada energética. Não estou dizendo para abandonar o tratamento médico. Estou dizendo que existe uma dimensão que a maioria dos profissionais de saúde não está treinada para enxergar. Há trinta e cinco anos eu trabalho nessa dimensão. Em mais de quarenta mil famílias impactadas, vi de perto o que acontece quando se atua no nível certo. As Mesas Radiônicas são ferramentas para isso. O curso está com R$500 de desconto em agosto, dois kits físicos de mesas e o livro chegam na sua casa. Clica no link.</w:t>
      </w:r>
    </w:p>
    <w:p/>
    <w:p>
      <w:pPr>
        <w:pStyle w:val="Heading2"/>
      </w:pPr>
      <w:r>
        <w:t>ROTEIRO 20 — Física quântica e base científica (ângulo: não é crença, é física)</w:t>
      </w:r>
    </w:p>
    <w:p>
      <w:pPr>
        <w:spacing w:after="120"/>
      </w:pPr>
      <w:r>
        <w:t>Muita gente chega nas Mesas Radiônicas pela espiritualidade. Fica. Mas tem outro perfil — pessoas que precisam entender o mecanismo antes de confiar. Para esse perfil, existe um módulo inteiro no meu curso dedicado à base científica e energética: física quântica, leis da energia, como a intenção e o campo energético interagem com a matéria. Não é crença. É física aplicada. Eu não peço que você acredite. Peço que você aprenda e observe. Trinta e cinco anos de prática e mais de duas mil consultorias me deram muito material para mostrar. O curso está com R$500 de desconto em agosto — R$897 com dois kits de mesas e o livro físico pelos Correios. Link aqui embaixo.</w:t>
      </w:r>
    </w:p>
    <w:p/>
    <w:p>
      <w:pPr>
        <w:pStyle w:val="Heading2"/>
      </w:pPr>
      <w:r>
        <w:t>ROTEIRO 21 — 35 anos de pesquisa (ângulo: profundidade que nenhum curso novo tem)</w:t>
      </w:r>
    </w:p>
    <w:p>
      <w:pPr>
        <w:spacing w:after="120"/>
      </w:pPr>
      <w:r>
        <w:t>Existem cursos de Mesas Radiônicas que foram criados nos últimos dois ou três anos. O meu conteúdo vem de trinta e cinco anos de pesquisa e prática — comecei muito antes da internet, muito antes de qualquer curso online existir. Cada módulo que você encontra aqui foi construído a partir de casos reais, erros que cometi, ajustes que fiz, resultados que observei. Não é teoria copiada. É o que eu aprendi ao longo de uma vida inteira dedicada à Radiestesia e às Mesas Radiônicas. Em agosto esse curso está R$897. Você ainda ganha dois kits físicos completos de mesas e o meu livro pelos Correios. Se você quer aprender com quem tem profundidade de verdade, o link está aqui.</w:t>
      </w:r>
    </w:p>
    <w:p/>
    <w:p>
      <w:pPr>
        <w:pStyle w:val="Heading2"/>
      </w:pPr>
      <w:r>
        <w:t>ROTEIRO 22 — Único com 5 mesas (ângulo: comparativo com concorrência)</w:t>
      </w:r>
    </w:p>
    <w:p>
      <w:pPr>
        <w:spacing w:after="120"/>
      </w:pPr>
      <w:r>
        <w:t>Eu quero ser direto com você. Existem outros cursos de Mesas Radiônicas no mercado. A maioria ensina uma mesa — às vezes duas. O meu curso ensina cinco: Mesa da Saúde, Mesa dos Ossos, Músculos e Nervos, Mesa dos Relacionamentos, Mesa da Prosperidade Financeira e Mesa da Proteção e Equilíbrio Psíquico. São cinco áreas da vida, cinco ferramentas distintas, cada uma com seu protocolo de uso. E você recebe dois kits físicos completos com as dez mesas em casa, mais o meu livro pelos Correios. Quero que você tenha o arsenal completo, não metade do caminho. Por R$897 em agosto. Clica no link.</w:t>
      </w:r>
    </w:p>
    <w:p/>
    <w:p>
      <w:pPr>
        <w:pStyle w:val="Heading2"/>
      </w:pPr>
      <w:r>
        <w:t>ROTEIRO 23 — O aluno que quer ajudar a família (ângulo: a motivação mais poderosa)</w:t>
      </w:r>
    </w:p>
    <w:p>
      <w:pPr>
        <w:spacing w:after="120"/>
      </w:pPr>
      <w:r>
        <w:t>Tem um tipo de aluno que sempre me toca mais fundo. Não é quem quer aprender para si. É quem quer aprender para cuidar das pessoas ao redor. A mãe que quer ajudar o filho que está passando por uma fase difícil. O pai que quer apoiar a esposa no tratamento de saúde. O filho que quer fazer algo pela mãe idosa que não tem mais energia. Esse aluno existe em todo turma que abro. E quando eles chegam ao módulo de trabalho a distância, algo muda. Eles percebem que já podem ajudar — agora, de casa, sem precisar que a pessoa esteja presente. O curso está R$897 em agosto, com dois kits de mesas e o livro físico pelos Correios. O link está aqui.</w:t>
      </w:r>
    </w:p>
    <w:p/>
    <w:p>
      <w:pPr>
        <w:pStyle w:val="Heading2"/>
      </w:pPr>
      <w:r>
        <w:t>ROTEIRO 24 — 2.262 consultorias (ângulo: especificidade como prova de autoridade)</w:t>
      </w:r>
    </w:p>
    <w:p>
      <w:pPr>
        <w:spacing w:after="120"/>
      </w:pPr>
      <w:r>
        <w:t>Dois mil, duzentas e sessenta e duas consultorias. Esse é o número de atendimentos que eu já realizei ao longo de trinta e cinco anos, no Brasil e no exterior. Cada consultoria foi uma pessoa com um problema real — de saúde, de relacionamento, de prosperidade, de equilíbrio emocional. Não existe teoria que substitua esse volume de experiência prática. Quando você entra no meu curso, você está acessando tudo que aprendi nessas mais de duas mil consultorias, organizado de forma que qualquer pessoa consiga aplicar. Em agosto, o acesso a esse conhecimento sai por R$897 — com dois kits de mesas e o livro físico chegando na sua casa pelos Correios. Clica no link.</w:t>
      </w:r>
    </w:p>
    <w:p/>
    <w:p>
      <w:pPr>
        <w:pStyle w:val="Heading2"/>
      </w:pPr>
      <w:r>
        <w:t>ROTEIRO 25 — Acesso vitalício e ritmo próprio (ângulo: sem pressão, no seu tempo)</w:t>
      </w:r>
    </w:p>
    <w:p>
      <w:pPr>
        <w:spacing w:after="120"/>
      </w:pPr>
      <w:r>
        <w:t>Eu sei que a vida é ocupada. Você tem compromissos, trabalho, família. Por isso o meu curso é 100% online, com acesso vitalício. Você não precisa assistir tudo em uma semana. Pode começar pelo módulo que mais interessa — saúde, prosperidade, relacionamentos — e avançar no seu ritmo. O material vai estar lá quando você precisar, pelo tempo que precisar. Não existe perda. E em agosto, além do acesso completo e vitalício, você recebe dois kits físicos de mesas radiônicas e o meu livro pelos Correios, tudo incluído nos R$897. Sem pressa para aprender, mas com prazo para garantir essa oferta: agosto acaba. Clica no link agora.</w:t>
      </w:r>
    </w:p>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