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t>O Que É Radiestesia — e Por Que Ela Vai Muito Além do Pêndulo</w:t>
      </w:r>
    </w:p>
    <w:p>
      <w:r>
        <w:t>Você provavelmente já viu alguém segurar um pêndulo e fazer perguntas no ar. Talvez tenha pensado: "isso é misticismo" ou "não tenho jeito para essas coisas." Eu entendia esse ceticismo. Durante anos, precisei de explicações antes de embarcar em qualquer coisa. E foi exatamente esse caminho — buscar a lógica por trás da técnica — que me fez estudar, praticar e depois ensinar radiestesia por tanto tempo.</w:t>
      </w:r>
    </w:p>
    <w:p>
      <w:r>
        <w:t>Deixa eu te mostrar o que essa palavra realmente significa. Não do jeito vago que você costuma encontrar por aí, mas de um ângulo que faz sentido de verdade.</w:t>
      </w:r>
    </w:p>
    <w:p>
      <w:pPr>
        <w:pStyle w:val="Heading2"/>
      </w:pPr>
      <w:r>
        <w:t>O que significa a palavra radiestesia</w:t>
      </w:r>
    </w:p>
    <w:p>
      <w:r>
        <w:t>Radiestesia vem do latim e do grego. Radius, do latim, significa radiações — energias. Aesthesis, do grego, significa sensibilidade. Juntando as duas partes, chegamos a uma definição limpa: sensibilidade às energias.</w:t>
      </w:r>
    </w:p>
    <w:p>
      <w:r>
        <w:t>Em termos práticos, radiestesia é uma técnica que te ensina a desenvolver essa sensibilidade, medir e qualificar energias — descobrir se uma energia é boa ou ruim, de onde vem, quanto há dela.</w:t>
      </w:r>
    </w:p>
    <w:p>
      <w:r>
        <w:t>Não é dom. Não é talento especial de algumas pessoas.</w:t>
      </w:r>
    </w:p>
    <w:p>
      <w:r>
        <w:t>É uma capacidade que todos nós temos, mas que poucos desenvolvem.</w:t>
      </w:r>
    </w:p>
    <w:p>
      <w:r>
        <w:t>Pensa assim: você já entrou em um ambiente e sentiu aquele desconforto difícil de explicar? Ou chegou em um lugar e respirou fundo, com aquela sensação de bem-estar imediata? Isso já é a sua sensibilidade às energias funcionando — você só ainda não sabe nomear nem medir o que está sentindo.</w:t>
      </w:r>
    </w:p>
    <w:p>
      <w:r>
        <w:t>Radiestesia te dá as ferramentas para fazer exatamente isso.</w:t>
      </w:r>
    </w:p>
    <w:p>
      <w:pPr>
        <w:pStyle w:val="Heading2"/>
      </w:pPr>
      <w:r>
        <w:t>Por que tudo é energia — e o que isso tem a ver com você</w:t>
      </w:r>
    </w:p>
    <w:p>
      <w:r>
        <w:t>Antes de continuar, preciso que você entenda um conceito que parece simples, mas muda tudo.</w:t>
      </w:r>
    </w:p>
    <w:p>
      <w:r>
        <w:t>Tudo é energia. E não estou usando isso como figura de linguagem.</w:t>
      </w:r>
    </w:p>
    <w:p>
      <w:r>
        <w:t>Tudo que existe contém átomos. Dentro dos átomos há elétrons em movimento constante — inclusive aquela parede que parece completamente estática à sua volta. Os elétrons vibram, se movem, transmitem informação. Portanto, tudo emite energia: pensamentos, emoções, doenças, saúde, pessoas, lugares, objetos.</w:t>
      </w:r>
    </w:p>
    <w:p>
      <w:r>
        <w:t>Quando você pensa em algo com intensidade, você lança uma onda eletromagnética no espaço. A física quântica já provou isso. Essa onda se entrelaça com outras de mesma frequência e polaridade oposta — e a resposta volta na sua direção.</w:t>
      </w:r>
    </w:p>
    <w:p>
      <w:r>
        <w:t>A radiestesia usa exatamente esse princípio. Quando você faz uma pergunta sobre uma pessoa, um lugar ou uma situação, as ondas da sua pergunta se entrelaçam com as ondas da resposta. Esse sinal retorna ao seu cérebro, que envia reflexos neuromusculares até a ponta dos seus dedos.</w:t>
      </w:r>
    </w:p>
    <w:p>
      <w:r>
        <w:t>O pêndulo não tem poder algum. Ele apenas amplifica os micromovimentos que já existem nos seus dedos — tornando visível aquilo que sua cabeça já captou, mas que seus olhos não conseguiriam perceber.</w:t>
      </w:r>
    </w:p>
    <w:p>
      <w:pPr>
        <w:pStyle w:val="Heading2"/>
      </w:pPr>
      <w:r>
        <w:t>Como funciona o pêndulo na prática</w:t>
      </w:r>
    </w:p>
    <w:p>
      <w:r>
        <w:t>O pêndulo é o instrumento mais usado na radiestesia, mas não é o único.</w:t>
      </w:r>
    </w:p>
    <w:p>
      <w:r>
        <w:t>Ao segurar um pêndulo no local correto — chamado ponto zero — e fazer uma pergunta, você está criando as condições para que seu sistema nervoso entregue uma resposta precisa. Quando ele gira no sentido horário, indica sim. No sentido anti-horário, não.</w:t>
      </w:r>
    </w:p>
    <w:p>
      <w:r>
        <w:t>Mas aqui está o detalhe que a maioria das pessoas ignora: a qualidade da resposta depende diretamente da qualidade da pergunta.</w:t>
      </w:r>
    </w:p>
    <w:p>
      <w:r>
        <w:t>O pêndulo só responde sim ou não. Então você precisa aprender a fazer perguntas cujas respostas caibam nessas duas possibilidades. "Há energias de origem espiritual neste ambiente que possam me afetar?" é uma pergunta boa. "O que está errado na minha vida?" não serve — a resposta não cabe em sim ou não.</w:t>
      </w:r>
    </w:p>
    <w:p>
      <w:r>
        <w:t>Outro ponto crítico: você não pode interferir na resposta. Se você já tem uma certeza formada, se está torcendo para um resultado, se está com medo do que pode descobrir — o pêndulo vai amplificar exatamente o que está na sua cabeça, não a resposta verdadeira. A neutralidade é o fundamento da radiestesia bem praticada.</w:t>
      </w:r>
    </w:p>
    <w:p>
      <w:pPr>
        <w:pStyle w:val="Heading2"/>
      </w:pPr>
      <w:r>
        <w:t>Radiestesia física e radiestesia mentalista</w:t>
      </w:r>
    </w:p>
    <w:p>
      <w:r>
        <w:t>Existem dois grandes caminhos dentro da técnica.</w:t>
      </w:r>
    </w:p>
    <w:p>
      <w:r>
        <w:t>Na radiestesia física, você fica próximo do que quer investigar. Toca o objeto, a pessoa ou o ambiente, estende a mão e faz suas perguntas. É o método mais direto.</w:t>
      </w:r>
    </w:p>
    <w:p>
      <w:r>
        <w:t>Na radiestesia mentalista, o que você quer investigar não está presente. Você usa o que chamamos de testemunho — algo que representa a energia da pessoa ou do lugar: um objeto pessoal, uma foto, até mesmo o nome escrito em um papel. Esse testemunho precisa ser potencializado antes de ser utilizado, para que represente fielmente a energia que você quer investigar.</w:t>
      </w:r>
    </w:p>
    <w:p>
      <w:r>
        <w:t>É a radiestesia mentalista que permite trabalhar à distância — ajudando alguém que está em outra cidade, investigando um ambiente que você nunca visitou.</w:t>
      </w:r>
    </w:p>
    <w:p>
      <w:pPr>
        <w:pStyle w:val="Heading2"/>
      </w:pPr>
      <w:r>
        <w:t>Radiestesia e radiônica — a diferença que poucos explicam direito</w:t>
      </w:r>
    </w:p>
    <w:p>
      <w:r>
        <w:t>Esses dois nomes andam sempre juntos, e há uma confusão frequente entre eles.</w:t>
      </w:r>
    </w:p>
    <w:p>
      <w:r>
        <w:t>Radiestesia faz diagnóstico. Ela identifica qual energia está presente, se é benéfica ou prejudicial, de que tipo é, qual a intensidade.</w:t>
      </w:r>
    </w:p>
    <w:p>
      <w:r>
        <w:t>Radiônica trata. Ela usa formas geométricas específicas — gravadas em placas ou pranchas — para transformar as energias que a radiestesia identificou. Cada forma libera um tipo de energia. Combinadas de maneiras determinadas, essas formas criam o que chamamos de Mesas Radiônicas Quânticas.</w:t>
      </w:r>
    </w:p>
    <w:p>
      <w:r>
        <w:t>A sequência natural é: primeiro você usa a radiestesia para entender o que está acontecendo. Depois usa a radiônica para tratar, transformar, equilibrar.</w:t>
      </w:r>
    </w:p>
    <w:p>
      <w:r>
        <w:t>Você pode também usar a radiônica sem ter feito o diagnóstico radiestésico — desde que já conheça o problema e saiba qual mesa trabalha com aquela questão específica.</w:t>
      </w:r>
    </w:p>
    <w:p>
      <w:pPr>
        <w:pStyle w:val="Heading2"/>
      </w:pPr>
      <w:r>
        <w:t>O que você pode fazer ao aprender radiestesia</w:t>
      </w:r>
    </w:p>
    <w:p>
      <w:r>
        <w:t>Quando você domina a técnica, as possibilidades se abrem em várias direções.</w:t>
      </w:r>
    </w:p>
    <w:p>
      <w:r>
        <w:t>Para uso pessoal: você consegue identificar energias em ambientes, avaliar a qualidade energética de lugares onde vai morar ou trabalhar, investigar situações da própria vida e dos seus relacionamentos.</w:t>
      </w:r>
    </w:p>
    <w:p>
      <w:r>
        <w:t>Para ajudar outras pessoas: a radiestesia te permite fazer diagnósticos à distância, orientar quem está passando por desequilíbrios, trabalhar com energias de saúde, de proteção, de relacionamentos.</w:t>
      </w:r>
    </w:p>
    <w:p>
      <w:r>
        <w:t>Para uso profissional: há quem faça disso uma atividade terapêutica séria. Com a formação adequada, você atende pessoas com precisão, combinando as técnicas de diagnóstico com o tratamento pelas Mesas Radiônicas Quânticas.</w:t>
      </w:r>
    </w:p>
    <w:p>
      <w:r>
        <w:t>O que define o resultado é a profundidade do aprendizado. Técnica superficial gera resultado superficial. Técnica bem ensinada, com os conceitos certos da física aplicada e com prática guiada, gera resultados consistentes.</w:t>
      </w:r>
    </w:p>
    <w:p>
      <w:pPr>
        <w:pStyle w:val="Heading2"/>
      </w:pPr>
      <w:r>
        <w:t>Uma coisa que aprendi cedo</w:t>
      </w:r>
    </w:p>
    <w:p>
      <w:r>
        <w:t>Quem aprende radiestesia de maneira sólida percebe logo que não é magia. É método.</w:t>
      </w:r>
    </w:p>
    <w:p>
      <w:r>
        <w:t>Há regras claras: não cruzar braços nem pernas durante o trabalho — o cruzamento fecha o circuito elétrico do corpo e bloqueia a recepção dos sinais. Há o ponto zero — o lugar específico da corrente do pêndulo onde ele responde com máxima precisão. Há a limpeza dos instrumentos após o uso, para que as energias impregnadas de um trabalho não interfiram no próximo.</w:t>
      </w:r>
    </w:p>
    <w:p>
      <w:r>
        <w:t>Cada um desses detalhes existe por uma razão que pode ser explicada. E quando você entende a razão, passa a executar com intenção — não por superstição.</w:t>
      </w:r>
    </w:p>
    <w:p>
      <w:r>
        <w:t>Essa é a diferença entre quem pratica radiestesia como curiosidade e quem pratica como competência.</w:t>
      </w:r>
    </w:p>
    <w:p>
      <w:pPr>
        <w:pStyle w:val="Heading2"/>
      </w:pPr>
      <w:r>
        <w:t>Quer dar o próximo passo?</w:t>
      </w:r>
    </w:p>
    <w:p>
      <w:r>
        <w:t>Se o que você leu aqui fez sentido — se você sente que essa técnica pode te ajudar ou que quer aprender de verdade, com embasamento e método — eu criei um curso completo que ensina radiestesia aplicada às Mesas Radiônicas Quânticas, do zero.</w:t>
      </w:r>
    </w:p>
    <w:p>
      <w:r>
        <w:t>Você vai aprender a usar o pêndulo com precisão, encontrar o ponto zero, trabalhar com testemunhos, fazer diagnósticos à distância e usar as cinco mesas para transformar energias nas áreas que mais importam: saúde, relacionamento, proteção e prosperidade.</w:t>
      </w:r>
    </w:p>
    <w:p>
      <w:r>
        <w:rPr>
          <w:b/>
          <w:color w:val="1A73E8"/>
        </w:rPr>
        <w:t>Clica aqui e veja como funciona o curso completo de Radiestesia Prática.</w:t>
      </w:r>
    </w:p>
    <w:p>
      <w:r>
        <w:t>Link: https://pay.hotmart.com/H52956404P?off=d64ejplo&amp;checkoutMode=10&amp;src=blog0926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