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Bagua: como fazer o mapa energético da sua casa e descobrir o que cada área está te dizendo - A CASA CONVERSA COM VOCÊ.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META: Aprenda a montar o baguá da sua casa passo a passo. Descubra o que cada uma das 9 áreas representa e como ativar cada UMA para melhorar saúde, dinheiro e relacionamentos.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Tem uma ferramenta no feng shui que, na primeira vez que você aprende a usar, muda completamente a forma como você vê a sua casa. Essa ferramenta é o baguá.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Bagua significa literalmente oito trigramas - os oito símbolos do I Ching que representam as forças fundamentais da natureza. No feng shui, ele virou um mapa de nove áreas, oito mais o centro, que sobrepõe à planta da casa e revela onde está a energia de cada aspecto da sua vida.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Eu sei que parece complicado assim descrito. Mas na prática, é uma das coisas mais simples e úteis que você pode aprender. Neste artigo, vou te ensinar a montar o seu bagua do zero, sem bússola, sem conhecimento técnico prévio.</w:t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UM DOS  sistemas que eu ensino: Feng Shui do Chapéu Preto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Existem dois grandes sistemas de água. Um usa a bússola e os pontos cardeais para orientar as áreas. Outro, o que eu trabalho e ensino, chamado de Feng Shui do Chapéu Preto, usa um gabarito de acrílico (ver em meu site) e a porta principal como referência.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O sistema do Chapéu Preto foi desenvolvido pelo Mestre Lin Yun nos Estados Unidos e adaptado para o contexto ocidental. É mais acessível, não exige conhecimento de bússola e funciona muito bem na prática. É o sistema que permite trabalhar com qualquer pessoa, em qualquer casa, em qualquer cidade.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 grande vantagem do Chapéu Preto é justamente a acessibilidade. Você não precisa de equipamento, não precisa saber sua orientação geográfica, não precisa entender os 64 hexagramas do I Ching. Precisa apenas conhecer qual é e onde está a sua porta principal.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Como montar o seu bagua - passo a passo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Passo 1: Desenhe ou imprima a planta da sua casa. Não precisa ser perfeita - um croqui simples com as paredes já basta, desde que esteja em algum tipo de escala. Se não sabe desenhar, peça ajuda ou use aplicativos.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Passo 2: encontre a parede onde fica a porta principal.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Passo 3: divida a planta a partir do centro geométrico em 9 ângulos de 45 graus. Se a casa não é um retângulo perfeito e tem reentrâncias, garagem, varandas, vamos falar sobre isso depois. Por ora, imagine o quadrado ou retângulo que envolve toda a casa.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Passo 4: sobreponha o baguá na planta com os centros de ambos estando alinhados.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 O ângulo, onde está a porta, fica com Autoconhecimento/ espiritualidade  à esquerda, Carreira/trabalho  no centro e Amigos / Viagens/Pessoas Úteis à direita. A fileira do meio fica com Família/Saúde à esquerda, Centro/Saúde Geral no centro e Criatividade/Filhos à direita. A fileira de cima fica com Prosperidade/Riqueza à esquerda, Fama/Reputação no centro e Relacionamentos/Amor à direita.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O que cada área representa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Vou detalhar cada uma das nove áreas para você entender o que está em jogo em cada canto da sua casa.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Carreira, centro inferior: representa seu caminho de vida, sua missão, o que você faz com seu tempo. Em casas onde essa área está entupida de objetos sem uso, costumamos ver profissionais estagnados, sem clareza sobre os próximos passos.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Autoconhecimento, inferior esquerdo: aprendizado, sabedoria, intuição. Bom lugar para uma biblioteca, para um espaço de meditação ou estudo. É também a área da espiritualidade e da conexão com o que é maior.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Viagens e Pessoas Úteis, inferior direito: as pessoas que te apoiam, mentores, colaboradores, redes de contatos. Também representa viagens e conexões com o mundo exterior. Quando essa área está pesada, a sensação é de que você não tem apoio, que caminha sozinho.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Família e Saúde, centro esquerdo: as raízes, a saúde física, a relação com os ancestrais e a família de origem. Problemas crônicos de saúde muitas vezes têm correlação com sha chi nessa área.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Centro/Saúde Geral, centro: é o núcleo da casa, a Serpente do sistema dos 5 Animais. Representa a saúde geral, o equilíbrio de tudo. Deve estar sempre limpo, desobstruído, bem iluminado. Sha chi no centro afeta todas as outras áreas.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Criatividade e Filhos, centro direito: a expressão criativa, projetos, filhos e tudo que você cria no mundo, seja uma empresa, uma obra de arte, um projeto de vida.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Prosperidade e Riqueza, superior esquerdo: o guá mais famoso do bagua. Representa abundância, fluxo financeiro e gratidão. É o canto que mais perguntas gera nas minhas aulas.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Fama e Reputação, superior centro: como o mundo te vê, sua imagem pública, o reconhecimento do seu trabalho. Em casos de profissionais que fazem bom trabalho mas não têm visibilidade, esse guá quase sempre precisa de ativação.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Relacionamentos e Amor, superior direito: a vida amorosa, o relacionamento a dois, as parcerias. E também a relação consigo mesmo, porque tudo começa aí.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O que fazer com o guá de Prosperidade - sem exageros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Preciso falar sobre o guá da Prosperidade porque é onde mais vejo distorções. A pessoa coloca moeda chinesa, sapo de três patas, planta, cristal, vela roxa e confete dourado num canto e fica esperando o dinheiro aparecer.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Feng shui não funciona assim. O guá da Prosperidade responde a 4 coisas: limpeza, sem nada de acúmulo ou entulho; vitalidade, algo vivo e saudável;  intenção, você sabe o que está ativando e por quê e trabalho focado e persistente.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Milagres são outro departamento que ocorrem para quem fizer as 4 coisas acima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Aqui eu trabalho as  realizações concretas e  controláveis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Uma planta bem cuidada, folhas verdes e vigorosas, no canto superior esquerdo da sua casa é mais poderoso do que qualquer adereço místico comprado em loja. A energia que você coloca de cuidado e intenção é o que ativa o bagua. Não somente o objeto em si.</w:t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Casas com formato irregular: o que fazer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A maioria das casas não é um retângulo perfeito. Tem varandas, garagens recuadas, banheiros que saem do alinhamento. E isso gera a pergunta clássica: "o guá da prosperidade caiu na garagem. E agora?"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No feng shui, áreas que ficam fora do retângulo principal/ideal,  são chamadas de extensões ou faltas. Uma extensão, área que avança para fora, pode ampliar a energia daquele guá. Uma falta, área que está recuada ou ausente, enfraquece.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A cura para uma falta é criar visualmente a área ausente: um espelho na parede que estende o espaço, uma planta vigorosa no canto, uma luminária que preencha o vazio. O objetivo é completar o retângulo energeticamente, mesmo que arquitetonicamente ele não exista.</w:t>
      </w:r>
    </w:p>
    <w:p w:rsidR="00000000" w:rsidDel="00000000" w:rsidP="00000000" w:rsidRDefault="00000000" w:rsidRPr="00000000" w14:paraId="00000025">
      <w:pPr>
        <w:pStyle w:val="Heading2"/>
        <w:rPr/>
      </w:pPr>
      <w:r w:rsidDel="00000000" w:rsidR="00000000" w:rsidRPr="00000000">
        <w:rPr>
          <w:rtl w:val="0"/>
        </w:rPr>
        <w:t xml:space="preserve">O bagua como prática diária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Eu não peço para os alunos decorar o bagua e ficarem verificando cada objeto da casa compulsivamente. Isso seria exaustivo e contraproducente.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O que peço é uma coisa simples: quando algo na sua vida não estiver fluindo bem, olhe para o guá correspondente. Área financeira travada, veja o canto superior esquerdo. Relacionamento com estresse, olhe o canto superior direito. Saúde em declínio, cheque o centro e o canto esquerdo central.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Na maioria das vezes, você vai encontrar acúmulo, objetos quebrados, sha chi acumulado. E a cura começa pela limpeza, sempre.</w:t>
      </w:r>
    </w:p>
    <w:p w:rsidR="00000000" w:rsidDel="00000000" w:rsidP="00000000" w:rsidRDefault="00000000" w:rsidRPr="00000000" w14:paraId="00000029">
      <w:pPr>
        <w:pStyle w:val="Heading2"/>
        <w:rPr/>
      </w:pPr>
      <w:r w:rsidDel="00000000" w:rsidR="00000000" w:rsidRPr="00000000">
        <w:rPr>
          <w:rtl w:val="0"/>
        </w:rPr>
        <w:t xml:space="preserve">Comece pelo centro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Se você está começando agora e não sabe por onde ir, minha recomendação é sempre: comece pelo centro. O centro alimenta os oito guás ao redor. Um centro limpo, iluminado e organizado levanta toda a casa.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Depois, identifique a área da sua vida que mais precisa de atenção agora. Vá para o guá correspondente. Limpe. Retire o que está quebrado ou parado. Coloque algo vivo e saudável que represente a energia desse gua. Faça isso com intenção - sabendo por que está fazendo.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O bagua é uma linguagem. E como toda linguagem, quanto mais você usa, mais fluente você fica. Com o tempo, você vai entrar em qualquer ambiente e imediatamente ler o que está acontecendo, sem precisar de bússola, sem precisar de consultor.</w:t>
      </w:r>
    </w:p>
    <w:p w:rsidR="00000000" w:rsidDel="00000000" w:rsidP="00000000" w:rsidRDefault="00000000" w:rsidRPr="00000000" w14:paraId="0000002D">
      <w:pPr>
        <w:pStyle w:val="Heading2"/>
        <w:rPr/>
      </w:pPr>
      <w:r w:rsidDel="00000000" w:rsidR="00000000" w:rsidRPr="00000000">
        <w:rPr>
          <w:rtl w:val="0"/>
        </w:rPr>
        <w:t xml:space="preserve">O bagua e a vida que você quer viver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Eu aprendi a usar o bagua não como receita de sucesso, mas como ferramenta de diagnóstico. Quando entro na casa de alguém e vejo o guá dos relacionamentos cheio de caixas antigas e objetos do ex, eu sei o que está emperrado antes mesmo de a pessoa terminar de falar.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Isso não é magia. É leitura de espaço. O que você acumula, o que você mantém, o que você descuida - tudo isso diz quem você é e o que você está disposto a deixar entrar na sua vida.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O bagua oferece um mapa. Mas quem faz a caminhada é você.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Se esse tema te interessa de verdade, seja para cuidar do seu próprio lar ou para aprender a fazer isso por outras pessoas, acompanhe-me aqui. Toda semana eu trago um aspecto diferente do feng shui, aplicado, sem enrolação.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XCewR7G8WqYAkY0tOjPEJS2mHQ==">CgMxLjA4AHIhMXEtbWQ3Q0FDU3B1amNVR3ZPQ1FxNVB4VDQ2Z2xCRDE2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