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A planta que afasta visitas: o que o feng shui realmente diz sobre espada-de-são-jorge e outras plantas de proteção</w:t>
      </w:r>
    </w:p>
    <w:p w:rsidR="00000000" w:rsidDel="00000000" w:rsidP="00000000" w:rsidRDefault="00000000" w:rsidRPr="00000000" w14:paraId="00000002">
      <w:pPr>
        <w:rPr/>
      </w:pPr>
      <w:r w:rsidDel="00000000" w:rsidR="00000000" w:rsidRPr="00000000">
        <w:rPr>
          <w:rtl w:val="0"/>
        </w:rPr>
        <w:t xml:space="preserve">META: Descubra o que o feng shui realmente ensina sobre plantas em casa - espada-de-são-jorge, cactos, e onde cada uma deve ou não ficar.</w:t>
      </w:r>
    </w:p>
    <w:p w:rsidR="00000000" w:rsidDel="00000000" w:rsidP="00000000" w:rsidRDefault="00000000" w:rsidRPr="00000000" w14:paraId="00000003">
      <w:pPr>
        <w:rPr/>
      </w:pPr>
      <w:r w:rsidDel="00000000" w:rsidR="00000000" w:rsidRPr="00000000">
        <w:rPr>
          <w:rtl w:val="0"/>
        </w:rPr>
        <w:t xml:space="preserve">Se tem um tema que gera confusão no feng shui, é o das plantas. A tradição popular brasileira criou um conjunto de crenças sobre plantas que misturam umbanda, catolicismo popular, superstição de avó e, às vezes, um pouco de feng shui mal interpretado.</w:t>
      </w:r>
    </w:p>
    <w:p w:rsidR="00000000" w:rsidDel="00000000" w:rsidP="00000000" w:rsidRDefault="00000000" w:rsidRPr="00000000" w14:paraId="00000004">
      <w:pPr>
        <w:rPr/>
      </w:pPr>
      <w:r w:rsidDel="00000000" w:rsidR="00000000" w:rsidRPr="00000000">
        <w:rPr>
          <w:rtl w:val="0"/>
        </w:rPr>
        <w:t xml:space="preserve">Ouço muito de alunos e seguidores: "Professor, coloquei sete espadas-de-são-jorge na entrada porque ouvi que protege. "Ai eu pergunto: "E visitas, como estão?" Ela riu sem graça: "Pararam de vir ou vão embora rapidinho"</w:t>
      </w:r>
    </w:p>
    <w:p w:rsidR="00000000" w:rsidDel="00000000" w:rsidP="00000000" w:rsidRDefault="00000000" w:rsidRPr="00000000" w14:paraId="00000005">
      <w:pPr>
        <w:rPr/>
      </w:pPr>
      <w:r w:rsidDel="00000000" w:rsidR="00000000" w:rsidRPr="00000000">
        <w:rPr>
          <w:rtl w:val="0"/>
        </w:rPr>
        <w:t xml:space="preserve">Não é coincidência. É feng shui. E física pura.  E entender por que isso acontece, e o que fazer sobre isso, é o que esse artigo te explica.</w:t>
      </w:r>
    </w:p>
    <w:p w:rsidR="00000000" w:rsidDel="00000000" w:rsidP="00000000" w:rsidRDefault="00000000" w:rsidRPr="00000000" w14:paraId="00000006">
      <w:pPr>
        <w:pStyle w:val="Heading2"/>
        <w:rPr/>
      </w:pPr>
      <w:r w:rsidDel="00000000" w:rsidR="00000000" w:rsidRPr="00000000">
        <w:rPr>
          <w:rtl w:val="0"/>
        </w:rPr>
        <w:t xml:space="preserve">O que o feng shui original diz sobre plantas</w:t>
      </w:r>
    </w:p>
    <w:p w:rsidR="00000000" w:rsidDel="00000000" w:rsidP="00000000" w:rsidRDefault="00000000" w:rsidRPr="00000000" w14:paraId="00000007">
      <w:pPr>
        <w:rPr/>
      </w:pPr>
      <w:r w:rsidDel="00000000" w:rsidR="00000000" w:rsidRPr="00000000">
        <w:rPr>
          <w:rtl w:val="0"/>
        </w:rPr>
        <w:t xml:space="preserve">No feng shui clássico, as plantas representam o elemento Madeira. Elas trazem crescimento, vitalidade, o yang da natureza para dentro do ambiente. Uma planta viva, saudável, bem cuidada, independente da espécie, é em geral positiva.</w:t>
      </w:r>
    </w:p>
    <w:p w:rsidR="00000000" w:rsidDel="00000000" w:rsidP="00000000" w:rsidRDefault="00000000" w:rsidRPr="00000000" w14:paraId="00000008">
      <w:pPr>
        <w:rPr/>
      </w:pPr>
      <w:r w:rsidDel="00000000" w:rsidR="00000000" w:rsidRPr="00000000">
        <w:rPr>
          <w:rtl w:val="0"/>
        </w:rPr>
        <w:t xml:space="preserve">Mas o feng shui não é ingênuo. Ele reconhece que a forma, o porte, a localização e o estado da planta importam tanto quanto a espécie. Uma planta linda no lugar errado faz o trabalho contrário ao que você espera.</w:t>
      </w:r>
    </w:p>
    <w:p w:rsidR="00000000" w:rsidDel="00000000" w:rsidP="00000000" w:rsidRDefault="00000000" w:rsidRPr="00000000" w14:paraId="00000009">
      <w:pPr>
        <w:rPr/>
      </w:pPr>
      <w:r w:rsidDel="00000000" w:rsidR="00000000" w:rsidRPr="00000000">
        <w:rPr>
          <w:rtl w:val="0"/>
        </w:rPr>
        <w:t xml:space="preserve">O elemento Madeira no feng shui é a energia de crescimento, flexibilidade e expansão. Por isso, ambientes que precisam de mais vitalidade, como um escritório onde a criatividade trava, ou uma sala de estar que parece morta, se beneficiam muito de plantas específicas bem posicionadas.</w:t>
      </w:r>
    </w:p>
    <w:p w:rsidR="00000000" w:rsidDel="00000000" w:rsidP="00000000" w:rsidRDefault="00000000" w:rsidRPr="00000000" w14:paraId="0000000A">
      <w:pPr>
        <w:pStyle w:val="Heading2"/>
        <w:rPr/>
      </w:pPr>
      <w:r w:rsidDel="00000000" w:rsidR="00000000" w:rsidRPr="00000000">
        <w:rPr>
          <w:rtl w:val="0"/>
        </w:rPr>
        <w:t xml:space="preserve">A espada-de-são-jorge: a verdade que ninguém te conta</w:t>
      </w:r>
    </w:p>
    <w:p w:rsidR="00000000" w:rsidDel="00000000" w:rsidP="00000000" w:rsidRDefault="00000000" w:rsidRPr="00000000" w14:paraId="0000000B">
      <w:pPr>
        <w:rPr/>
      </w:pPr>
      <w:r w:rsidDel="00000000" w:rsidR="00000000" w:rsidRPr="00000000">
        <w:rPr>
          <w:rtl w:val="0"/>
        </w:rPr>
        <w:t xml:space="preserve">A espada-de-são-jorge é uma planta forte, resistente, de folhas pontiagudas e verticais. No imaginário popular, ela corta o mal. E dentro de uma lógica simbólica, isso faz sentido: suas folhas lembram lâminas.</w:t>
      </w:r>
    </w:p>
    <w:p w:rsidR="00000000" w:rsidDel="00000000" w:rsidP="00000000" w:rsidRDefault="00000000" w:rsidRPr="00000000" w14:paraId="0000000C">
      <w:pPr>
        <w:rPr/>
      </w:pPr>
      <w:r w:rsidDel="00000000" w:rsidR="00000000" w:rsidRPr="00000000">
        <w:rPr>
          <w:rtl w:val="0"/>
        </w:rPr>
        <w:t xml:space="preserve">O problema é justamente esse. Plantas pontiagudas, no feng shui, são consideradas de yang agressivo. Elas afastam, mas afastam sem discriminar o que é ruim e o que é bom. Ela afasta energias pesadas, sim. E afasta também pessoas, visitas, oportunidades, fluxo.</w:t>
      </w:r>
    </w:p>
    <w:p w:rsidR="00000000" w:rsidDel="00000000" w:rsidP="00000000" w:rsidRDefault="00000000" w:rsidRPr="00000000" w14:paraId="0000000D">
      <w:pPr>
        <w:rPr/>
      </w:pPr>
      <w:r w:rsidDel="00000000" w:rsidR="00000000" w:rsidRPr="00000000">
        <w:rPr>
          <w:rtl w:val="0"/>
        </w:rPr>
        <w:t xml:space="preserve">Colocar sete espadas na entrada da sala, como a aluna fez, é dizer energeticamente: não quero nada aqui. E o universo, educadamente, cumpre o pedido.</w:t>
      </w:r>
    </w:p>
    <w:p w:rsidR="00000000" w:rsidDel="00000000" w:rsidP="00000000" w:rsidRDefault="00000000" w:rsidRPr="00000000" w14:paraId="0000000E">
      <w:pPr>
        <w:rPr/>
      </w:pPr>
      <w:r w:rsidDel="00000000" w:rsidR="00000000" w:rsidRPr="00000000">
        <w:rPr>
          <w:rtl w:val="0"/>
        </w:rPr>
        <w:t xml:space="preserve">Depende muito do que você objetiva: se quer companhia ou quer ficar só</w:t>
      </w:r>
    </w:p>
    <w:p w:rsidR="00000000" w:rsidDel="00000000" w:rsidP="00000000" w:rsidRDefault="00000000" w:rsidRPr="00000000" w14:paraId="0000000F">
      <w:pPr>
        <w:rPr/>
      </w:pPr>
      <w:r w:rsidDel="00000000" w:rsidR="00000000" w:rsidRPr="00000000">
        <w:rPr>
          <w:rtl w:val="0"/>
        </w:rPr>
        <w:t xml:space="preserve">Eu não digo que a espada não presta. Digo que o lugar de planta pontiaguda é fora de casa, no jardim, no portão, nos cantos externos ou no fundo do imovel, onde você realmente que r criar uma barreira. Dentro de casa, em áreas de convivência, ela poderá trabalhar contra ou a favor do que você quer. O natural é ter esse tipo de plantas fora do imovel.</w:t>
      </w:r>
    </w:p>
    <w:p w:rsidR="00000000" w:rsidDel="00000000" w:rsidP="00000000" w:rsidRDefault="00000000" w:rsidRPr="00000000" w14:paraId="00000010">
      <w:pPr>
        <w:pStyle w:val="Heading2"/>
        <w:rPr/>
      </w:pPr>
      <w:r w:rsidDel="00000000" w:rsidR="00000000" w:rsidRPr="00000000">
        <w:rPr>
          <w:rtl w:val="0"/>
        </w:rPr>
        <w:t xml:space="preserve">E os cactos? A mesma lógica</w:t>
      </w:r>
    </w:p>
    <w:p w:rsidR="00000000" w:rsidDel="00000000" w:rsidP="00000000" w:rsidRDefault="00000000" w:rsidRPr="00000000" w14:paraId="00000011">
      <w:pPr>
        <w:rPr/>
      </w:pPr>
      <w:r w:rsidDel="00000000" w:rsidR="00000000" w:rsidRPr="00000000">
        <w:rPr>
          <w:rtl w:val="0"/>
        </w:rPr>
        <w:t xml:space="preserve">Os cactos são lindos. Fáceis de cuidar. Mas seus espinhos são o sinal mais claro do feng shui: não chegue perto. Na mesa de trabalho, na sala, na beira da cama, eles criam um campo de afastamento.</w:t>
      </w:r>
    </w:p>
    <w:p w:rsidR="00000000" w:rsidDel="00000000" w:rsidP="00000000" w:rsidRDefault="00000000" w:rsidRPr="00000000" w14:paraId="00000012">
      <w:pPr>
        <w:rPr/>
      </w:pPr>
      <w:r w:rsidDel="00000000" w:rsidR="00000000" w:rsidRPr="00000000">
        <w:rPr>
          <w:rtl w:val="0"/>
        </w:rPr>
        <w:t xml:space="preserve">Vi cactos no escritório onde o dono reclama que os clientes sumiram no último minuto. Movi os cactos para fora do espaço de atendimento. As coisas fluíram melhor.</w:t>
      </w:r>
    </w:p>
    <w:p w:rsidR="00000000" w:rsidDel="00000000" w:rsidP="00000000" w:rsidRDefault="00000000" w:rsidRPr="00000000" w14:paraId="00000013">
      <w:pPr>
        <w:rPr/>
      </w:pPr>
      <w:r w:rsidDel="00000000" w:rsidR="00000000" w:rsidRPr="00000000">
        <w:rPr>
          <w:rtl w:val="0"/>
        </w:rPr>
        <w:t xml:space="preserve">Novamente: não é que o cacto seja maldito. É que espinhos simbolizam e reforçam afastamento. Se você quer um ambiente de receptividade, de fluxo, de chegada, o cacto não é o aliado certo nesses espaços.</w:t>
      </w:r>
    </w:p>
    <w:p w:rsidR="00000000" w:rsidDel="00000000" w:rsidP="00000000" w:rsidRDefault="00000000" w:rsidRPr="00000000" w14:paraId="00000014">
      <w:pPr>
        <w:rPr/>
      </w:pPr>
      <w:r w:rsidDel="00000000" w:rsidR="00000000" w:rsidRPr="00000000">
        <w:rPr>
          <w:rtl w:val="0"/>
        </w:rPr>
        <w:t xml:space="preserve">Cactos na varanda, no jardim externo, ou em área dedicada onde você quer uma barreira natural de proteção? Funcionam muito bem. O problema está em colocá-los em espaços de convivência, atendimento ou descanso.</w:t>
      </w:r>
    </w:p>
    <w:p w:rsidR="00000000" w:rsidDel="00000000" w:rsidP="00000000" w:rsidRDefault="00000000" w:rsidRPr="00000000" w14:paraId="00000015">
      <w:pPr>
        <w:pStyle w:val="Heading2"/>
        <w:rPr/>
      </w:pPr>
      <w:r w:rsidDel="00000000" w:rsidR="00000000" w:rsidRPr="00000000">
        <w:rPr>
          <w:rtl w:val="0"/>
        </w:rPr>
        <w:t xml:space="preserve">Plantas que o feng shui ama na entrada e na sala</w:t>
      </w:r>
    </w:p>
    <w:p w:rsidR="00000000" w:rsidDel="00000000" w:rsidP="00000000" w:rsidRDefault="00000000" w:rsidRPr="00000000" w14:paraId="00000016">
      <w:pPr>
        <w:rPr/>
      </w:pPr>
      <w:r w:rsidDel="00000000" w:rsidR="00000000" w:rsidRPr="00000000">
        <w:rPr>
          <w:rtl w:val="0"/>
        </w:rPr>
        <w:t xml:space="preserve">A lógica é simples: plantas com folhas arredondadas, suaves, sem espinhos, de crescimento saudável e vigoroso são as aliadas. Quem te visitar se sentirá bem.</w:t>
      </w:r>
    </w:p>
    <w:p w:rsidR="00000000" w:rsidDel="00000000" w:rsidP="00000000" w:rsidRDefault="00000000" w:rsidRPr="00000000" w14:paraId="00000017">
      <w:pPr>
        <w:rPr/>
      </w:pPr>
      <w:r w:rsidDel="00000000" w:rsidR="00000000" w:rsidRPr="00000000">
        <w:rPr>
          <w:rtl w:val="0"/>
        </w:rPr>
        <w:t xml:space="preserve">Bambu da sorte: clássico e funcional. Ele representa longevidade, flexibilidade e crescimento contínuo. Em vaso bonito com pedras e água limpa, é um dos elementos mais positivos que você pode ter numa entrada ou sala.</w:t>
      </w:r>
    </w:p>
    <w:p w:rsidR="00000000" w:rsidDel="00000000" w:rsidP="00000000" w:rsidRDefault="00000000" w:rsidRPr="00000000" w14:paraId="00000018">
      <w:pPr>
        <w:rPr/>
      </w:pPr>
      <w:r w:rsidDel="00000000" w:rsidR="00000000" w:rsidRPr="00000000">
        <w:rPr>
          <w:rtl w:val="0"/>
        </w:rPr>
        <w:t xml:space="preserve">Orquídeas: delicadas, fluorescentes, de energia suave. Ótimas na sala, no quarto com moderação, e em escritórios. Quando estão em flor, ativam a energia yang de maneira gentil.</w:t>
      </w:r>
    </w:p>
    <w:p w:rsidR="00000000" w:rsidDel="00000000" w:rsidP="00000000" w:rsidRDefault="00000000" w:rsidRPr="00000000" w14:paraId="00000019">
      <w:pPr>
        <w:rPr/>
      </w:pPr>
      <w:r w:rsidDel="00000000" w:rsidR="00000000" w:rsidRPr="00000000">
        <w:rPr>
          <w:rtl w:val="0"/>
        </w:rPr>
        <w:t xml:space="preserve">Jibóia: folhas largas, crescimento fácil, purificam o ar. Em vasos bonitos em prateleiras ou pendurados, trazem vitalidade ao ambiente sem nenhuma agressividade energética.</w:t>
      </w:r>
    </w:p>
    <w:p w:rsidR="00000000" w:rsidDel="00000000" w:rsidP="00000000" w:rsidRDefault="00000000" w:rsidRPr="00000000" w14:paraId="0000001A">
      <w:pPr>
        <w:rPr/>
      </w:pPr>
      <w:r w:rsidDel="00000000" w:rsidR="00000000" w:rsidRPr="00000000">
        <w:rPr>
          <w:rtl w:val="0"/>
        </w:rPr>
        <w:t xml:space="preserve">Ráfia e palmeira: quando o espaço permite, trazem a sensação da natureza generosa, do elemento Madeira em seu aspecto mais acolhedor. Uma palmeira bem cuidada numa entrada ou sala de estar é presença forte e positiva.</w:t>
      </w:r>
    </w:p>
    <w:p w:rsidR="00000000" w:rsidDel="00000000" w:rsidP="00000000" w:rsidRDefault="00000000" w:rsidRPr="00000000" w14:paraId="0000001B">
      <w:pPr>
        <w:pStyle w:val="Heading2"/>
        <w:rPr/>
      </w:pPr>
      <w:r w:rsidDel="00000000" w:rsidR="00000000" w:rsidRPr="00000000">
        <w:rPr>
          <w:rtl w:val="0"/>
        </w:rPr>
        <w:t xml:space="preserve">Plantas mortas, murchas ou descuidadas: o maior erro</w:t>
      </w:r>
    </w:p>
    <w:p w:rsidR="00000000" w:rsidDel="00000000" w:rsidP="00000000" w:rsidRDefault="00000000" w:rsidRPr="00000000" w14:paraId="0000001C">
      <w:pPr>
        <w:rPr/>
      </w:pPr>
      <w:r w:rsidDel="00000000" w:rsidR="00000000" w:rsidRPr="00000000">
        <w:rPr>
          <w:rtl w:val="0"/>
        </w:rPr>
        <w:t xml:space="preserve">Aqui está o ponto que mais repito para os alunos: uma planta morta dentro de casa é pior do que não ter planta nenhuma.</w:t>
      </w:r>
    </w:p>
    <w:p w:rsidR="00000000" w:rsidDel="00000000" w:rsidP="00000000" w:rsidRDefault="00000000" w:rsidRPr="00000000" w14:paraId="0000001D">
      <w:pPr>
        <w:rPr/>
      </w:pPr>
      <w:r w:rsidDel="00000000" w:rsidR="00000000" w:rsidRPr="00000000">
        <w:rPr>
          <w:rtl w:val="0"/>
        </w:rPr>
        <w:t xml:space="preserve">Planta morta é sha chi, energia estagnada, encerrada, de decomposição. Se você tem uma planta na sala com a terra ressecada, as folhas amarelas caindo - faz meses que não regou, isso não está neutro. Está ativamente carregando sha chi no seu ambiente.</w:t>
      </w:r>
    </w:p>
    <w:p w:rsidR="00000000" w:rsidDel="00000000" w:rsidP="00000000" w:rsidRDefault="00000000" w:rsidRPr="00000000" w14:paraId="0000001E">
      <w:pPr>
        <w:rPr/>
      </w:pPr>
      <w:r w:rsidDel="00000000" w:rsidR="00000000" w:rsidRPr="00000000">
        <w:rPr>
          <w:rtl w:val="0"/>
        </w:rPr>
        <w:t xml:space="preserve">A regra é: ou você cuida, ou você retira. Não existe planta decorativa morta em feng shui. O trabalho de manutenção que você dedica à planta também é uma forma de intenção. Você está dizendo: esse ser vivo que trouxe para o meu lar merece atenção. Essa mesma atenção se expande para o espaço todo.</w:t>
      </w:r>
    </w:p>
    <w:p w:rsidR="00000000" w:rsidDel="00000000" w:rsidP="00000000" w:rsidRDefault="00000000" w:rsidRPr="00000000" w14:paraId="0000001F">
      <w:pPr>
        <w:pStyle w:val="Heading2"/>
        <w:rPr/>
      </w:pPr>
      <w:r w:rsidDel="00000000" w:rsidR="00000000" w:rsidRPr="00000000">
        <w:rPr>
          <w:rtl w:val="0"/>
        </w:rPr>
        <w:t xml:space="preserve">Flores secas: beleza com custo energético</w:t>
      </w:r>
    </w:p>
    <w:p w:rsidR="00000000" w:rsidDel="00000000" w:rsidP="00000000" w:rsidRDefault="00000000" w:rsidRPr="00000000" w14:paraId="00000020">
      <w:pPr>
        <w:rPr/>
      </w:pPr>
      <w:r w:rsidDel="00000000" w:rsidR="00000000" w:rsidRPr="00000000">
        <w:rPr>
          <w:rtl w:val="0"/>
        </w:rPr>
        <w:t xml:space="preserve">Flores secas têm um charme visual inegável. E são motivo de debate no feng shui. A minha posição, depois de anos de observação: flores secas são energia interrompida. O ciclo natural da planta foi suspenso. Elas não têm o chi da planta viva.</w:t>
      </w:r>
    </w:p>
    <w:p w:rsidR="00000000" w:rsidDel="00000000" w:rsidP="00000000" w:rsidRDefault="00000000" w:rsidRPr="00000000" w14:paraId="00000021">
      <w:pPr>
        <w:rPr/>
      </w:pPr>
      <w:r w:rsidDel="00000000" w:rsidR="00000000" w:rsidRPr="00000000">
        <w:rPr>
          <w:rtl w:val="0"/>
        </w:rPr>
        <w:t xml:space="preserve">Se você gosta da estética e não quer abrir mão, coloque em ambientes que não sejam críticos: um corredor, uma prateleira decorativa no escritório. Nunca no quarto, já que o yang dessas flores secas interfere com o yin do descanso. Nunca na entrada. E nunca como elemento principal da decoração da sala.</w:t>
      </w:r>
    </w:p>
    <w:p w:rsidR="00000000" w:rsidDel="00000000" w:rsidP="00000000" w:rsidRDefault="00000000" w:rsidRPr="00000000" w14:paraId="00000022">
      <w:pPr>
        <w:pStyle w:val="Heading2"/>
        <w:rPr/>
      </w:pPr>
      <w:r w:rsidDel="00000000" w:rsidR="00000000" w:rsidRPr="00000000">
        <w:rPr>
          <w:rtl w:val="0"/>
        </w:rPr>
        <w:t xml:space="preserve">O resumo prático</w:t>
      </w:r>
    </w:p>
    <w:p w:rsidR="00000000" w:rsidDel="00000000" w:rsidP="00000000" w:rsidRDefault="00000000" w:rsidRPr="00000000" w14:paraId="00000023">
      <w:pPr>
        <w:rPr/>
      </w:pPr>
      <w:r w:rsidDel="00000000" w:rsidR="00000000" w:rsidRPr="00000000">
        <w:rPr>
          <w:rtl w:val="0"/>
        </w:rPr>
        <w:t xml:space="preserve">Para facilitar, vou deixar uma lista direta:</w:t>
      </w:r>
    </w:p>
    <w:p w:rsidR="00000000" w:rsidDel="00000000" w:rsidP="00000000" w:rsidRDefault="00000000" w:rsidRPr="00000000" w14:paraId="00000024">
      <w:pPr>
        <w:rPr/>
      </w:pPr>
      <w:r w:rsidDel="00000000" w:rsidR="00000000" w:rsidRPr="00000000">
        <w:rPr>
          <w:rtl w:val="0"/>
        </w:rPr>
        <w:t xml:space="preserve">Espada-de-são-jorge na entrada ou sala:NÃO - use-a no jardim, portão ou espaço externo.</w:t>
      </w:r>
    </w:p>
    <w:p w:rsidR="00000000" w:rsidDel="00000000" w:rsidP="00000000" w:rsidRDefault="00000000" w:rsidRPr="00000000" w14:paraId="00000025">
      <w:pPr>
        <w:rPr/>
      </w:pPr>
      <w:r w:rsidDel="00000000" w:rsidR="00000000" w:rsidRPr="00000000">
        <w:rPr>
          <w:rtl w:val="0"/>
        </w:rPr>
        <w:t xml:space="preserve">Cactos dentro de casa em áreas de convivência: reavalie a posição.</w:t>
      </w:r>
    </w:p>
    <w:p w:rsidR="00000000" w:rsidDel="00000000" w:rsidP="00000000" w:rsidRDefault="00000000" w:rsidRPr="00000000" w14:paraId="00000026">
      <w:pPr>
        <w:rPr/>
      </w:pPr>
      <w:r w:rsidDel="00000000" w:rsidR="00000000" w:rsidRPr="00000000">
        <w:rPr>
          <w:rtl w:val="0"/>
        </w:rPr>
        <w:t xml:space="preserve">Plantas mortas ou murchas: retire e substitua, ou simplesmente retire.</w:t>
      </w:r>
    </w:p>
    <w:p w:rsidR="00000000" w:rsidDel="00000000" w:rsidP="00000000" w:rsidRDefault="00000000" w:rsidRPr="00000000" w14:paraId="00000027">
      <w:pPr>
        <w:rPr/>
      </w:pPr>
      <w:r w:rsidDel="00000000" w:rsidR="00000000" w:rsidRPr="00000000">
        <w:rPr>
          <w:rtl w:val="0"/>
        </w:rPr>
        <w:t xml:space="preserve">Bambu da sorte, orquídeas saudáveis: bem-vindos em qualquer área de convivência.</w:t>
      </w:r>
    </w:p>
    <w:p w:rsidR="00000000" w:rsidDel="00000000" w:rsidP="00000000" w:rsidRDefault="00000000" w:rsidRPr="00000000" w14:paraId="00000028">
      <w:pPr>
        <w:rPr/>
      </w:pPr>
      <w:r w:rsidDel="00000000" w:rsidR="00000000" w:rsidRPr="00000000">
        <w:rPr>
          <w:rtl w:val="0"/>
        </w:rPr>
        <w:t xml:space="preserve">Plantas com folhas grandes e arredondadas na entrada: excelentes para ativar o chi que entra.</w:t>
      </w:r>
    </w:p>
    <w:p w:rsidR="00000000" w:rsidDel="00000000" w:rsidP="00000000" w:rsidRDefault="00000000" w:rsidRPr="00000000" w14:paraId="00000029">
      <w:pPr>
        <w:rPr/>
      </w:pPr>
      <w:r w:rsidDel="00000000" w:rsidR="00000000" w:rsidRPr="00000000">
        <w:rPr>
          <w:rtl w:val="0"/>
        </w:rPr>
        <w:t xml:space="preserve">Flores secas: com moderação, fora dos espaços principais.</w:t>
      </w:r>
    </w:p>
    <w:p w:rsidR="00000000" w:rsidDel="00000000" w:rsidP="00000000" w:rsidRDefault="00000000" w:rsidRPr="00000000" w14:paraId="0000002A">
      <w:pPr>
        <w:pStyle w:val="Heading2"/>
        <w:rPr/>
      </w:pPr>
      <w:r w:rsidDel="00000000" w:rsidR="00000000" w:rsidRPr="00000000">
        <w:rPr>
          <w:rtl w:val="0"/>
        </w:rPr>
        <w:t xml:space="preserve">Por que isso importa</w:t>
      </w:r>
    </w:p>
    <w:p w:rsidR="00000000" w:rsidDel="00000000" w:rsidP="00000000" w:rsidRDefault="00000000" w:rsidRPr="00000000" w14:paraId="0000002B">
      <w:pPr>
        <w:rPr/>
      </w:pPr>
      <w:r w:rsidDel="00000000" w:rsidR="00000000" w:rsidRPr="00000000">
        <w:rPr>
          <w:rtl w:val="0"/>
        </w:rPr>
        <w:t xml:space="preserve">Eu sei que parece detalhe. ".... Professor, é só uma plantinha." Mas o feng shui parte de uma premissa que, depois que você entende, não consegue mais ignorar: o visível reflete e reforça o invisível.</w:t>
      </w:r>
    </w:p>
    <w:p w:rsidR="00000000" w:rsidDel="00000000" w:rsidP="00000000" w:rsidRDefault="00000000" w:rsidRPr="00000000" w14:paraId="0000002C">
      <w:pPr>
        <w:rPr/>
      </w:pPr>
      <w:r w:rsidDel="00000000" w:rsidR="00000000" w:rsidRPr="00000000">
        <w:rPr>
          <w:rtl w:val="0"/>
        </w:rPr>
        <w:t xml:space="preserve">A qualidade do que está no seu ambiente afeta a qualidade do que circula na sua vida. Uma planta saudável, no lugar certo, traz vitalidade. Uma planta pontiaguda na entrada afasta. Uma planta morta carrega estagnação. Não porque existe magia, mas porque o ambiente que você cria ao redor de si comunica quem você é ou como você está e o que você espera da vida.</w:t>
      </w:r>
    </w:p>
    <w:p w:rsidR="00000000" w:rsidDel="00000000" w:rsidP="00000000" w:rsidRDefault="00000000" w:rsidRPr="00000000" w14:paraId="0000002D">
      <w:pPr>
        <w:rPr/>
      </w:pPr>
      <w:r w:rsidDel="00000000" w:rsidR="00000000" w:rsidRPr="00000000">
        <w:rPr>
          <w:rtl w:val="0"/>
        </w:rPr>
        <w:t xml:space="preserve">Comece observando as plantas que você tem hoje em casa. Estão vivas? Estão saudáveis? Estão no lugar certo? Às vezes, a cura mais poderosa começa com um vaso que você move de sala.</w:t>
      </w:r>
    </w:p>
    <w:p w:rsidR="00000000" w:rsidDel="00000000" w:rsidP="00000000" w:rsidRDefault="00000000" w:rsidRPr="00000000" w14:paraId="0000002E">
      <w:pPr>
        <w:rPr/>
      </w:pPr>
      <w:r w:rsidDel="00000000" w:rsidR="00000000" w:rsidRPr="00000000">
        <w:rPr>
          <w:rtl w:val="0"/>
        </w:rPr>
        <w:t xml:space="preserve">Se quiser continuar entendendo o feng shui de forma prática, sem misticismo, sem complicação, me acompanhe aqui nos conteúdos.</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xBKhyEsRSEWbyQHwK/SpF1zhTQ==">CgMxLjA4AHIhMUo1Zkw0ek9PZlRfNHlIdTF5U2hVQ083cnhJUEVMUDJR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