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Bagua: como fazer o mapa energético da sua casa e descobrir o que cada área está te dizendo</w:t>
      </w:r>
    </w:p>
    <w:p>
      <w:r>
        <w:t>META: Aprenda a montar o bagua da sua casa passo a passo. Descubra o que cada uma das 9 áreas representa e como ativar cada canto para melhorar saúde, dinheiro e relacionamentos.</w:t>
      </w:r>
    </w:p>
    <w:p>
      <w:r>
        <w:t>Tem uma ferramenta no feng shui que, na primeira vez que você aprende a usar, muda completamente a forma como você vê a sua casa. Essa ferramenta é o bagua.</w:t>
      </w:r>
    </w:p>
    <w:p>
      <w:r>
        <w:t>Bagua significa literalmente oito trigramas - os oito símbolos do I Ching que representam as forças fundamentais da natureza. No feng shui, ele virou um mapa de nove áreas, oito mais o centro, que sobrepõe à planta da casa e revela onde está a energia de cada aspecto da sua vida.</w:t>
      </w:r>
    </w:p>
    <w:p>
      <w:r>
        <w:t>Eu sei que parece complicado assim descrito. Mas na prática, é uma das coisas mais simples e úteis que você pode aprender. Neste artigo, vou te ensinar a montar o seu bagua do zero, sem bússola, sem conhecimento técnico prévio.</w:t>
      </w:r>
    </w:p>
    <w:p>
      <w:pPr>
        <w:pStyle w:val="Heading2"/>
      </w:pPr>
      <w:r>
        <w:t>O sistema que eu ensino: Feng Shui do Chapéu Preto</w:t>
      </w:r>
    </w:p>
    <w:p>
      <w:r>
        <w:t>Existem dois grandes sistemas de bagua. Um usa a bússola e os pontos cardeais para orientar as áreas. Outro, o que eu trabalho e ensino, chamado de Feng Shui do Chapéu Preto, usa a porta principal como referência.</w:t>
      </w:r>
    </w:p>
    <w:p>
      <w:r>
        <w:t>O sistema do Chapéu Preto foi desenvolvido pelo Mestre Lin Yun nos Estados Unidos e adaptado para o contexto ocidental. É mais acessível, não exige conhecimento de bússola e funciona muito bem na prática. É o sistema que me permite trabalhar com qualquer pessoa, em qualquer casa, em qualquer cidade.</w:t>
      </w:r>
    </w:p>
    <w:p>
      <w:r>
        <w:t>A grande vantagem do Chapéu Preto é justamente a acessibilidade. Você não precisa de equipamento, não precisa saber sua orientação geográfica, não precisa entender os 64 hexagramas do I Ching. Precisa apenas conhecer onde está a sua porta principal.</w:t>
      </w:r>
    </w:p>
    <w:p>
      <w:pPr>
        <w:pStyle w:val="Heading2"/>
      </w:pPr>
      <w:r>
        <w:t>Como montar o seu bagua - passo a passo</w:t>
      </w:r>
    </w:p>
    <w:p>
      <w:r>
        <w:t>Passo 1: desenhe ou imprima a planta da sua casa. Não precisa ser perfeita - um croqui simples com as paredes já basta. Se não sabe desenhar, até uma lista dos cômodos resolve por enquanto.</w:t>
      </w:r>
    </w:p>
    <w:p>
      <w:r>
        <w:t>Passo 2: encontre a parede onde fica a porta principal. Essa parede é sempre a parte de baixo do bagua, o lado sul do mapa, independente de para onde a casa está orientada fisicamente.</w:t>
      </w:r>
    </w:p>
    <w:p>
      <w:r>
        <w:t>Passo 3: divida a planta em um grid de 3x3. Nove quadrantes iguais. Se a casa não é um retângulo perfeito e tem reentrâncias, garagem, varandas, vamos falar sobre isso depois. Por ora, imagine o quadrado ou retângulo que envolve toda a casa.</w:t>
      </w:r>
    </w:p>
    <w:p>
      <w:r>
        <w:t>Passo 4: sobreponha o bagua ao grid. A fileira de baixo, onde está a porta, fica com Autoconhecimento à esquerda, Carreira no centro e Viagens/Pessoas Úteis à direita. A fileira do meio fica com Família/Saúde à esquerda, Centro/Saúde Geral no centro e Criatividade/Filhos à direita. A fileira de cima fica com Prosperidade/Riqueza à esquerda, Fama/Reputação no centro e Relacionamentos/Amor à direita.</w:t>
      </w:r>
    </w:p>
    <w:p>
      <w:pPr>
        <w:pStyle w:val="Heading2"/>
      </w:pPr>
      <w:r>
        <w:t>O que cada área representa</w:t>
      </w:r>
    </w:p>
    <w:p>
      <w:r>
        <w:t>Vou detalhar cada uma das nove áreas para você entender o que está em jogo em cada canto da sua casa.</w:t>
      </w:r>
    </w:p>
    <w:p>
      <w:r>
        <w:t>Carreira, centro inferior: representa seu caminho de vida, sua missão, o que você faz com seu tempo. Em casas onde essa área está entupida de objetos sem uso, costumamos ver profissionais estagnados, sem clareza sobre os próximos passos.</w:t>
      </w:r>
    </w:p>
    <w:p>
      <w:r>
        <w:t>Autoconhecimento, inferior esquerdo: aprendizado, sabedoria, intuição. Bom lugar para uma biblioteca, para espaço de meditação ou estudo. É também a área da espiritualidade e da conexão com o que é maior.</w:t>
      </w:r>
    </w:p>
    <w:p>
      <w:r>
        <w:t>Viagens e Pessoas Úteis, inferior direito: as pessoas que te apoiam, mentores, colaboradores, rede de contatos. Também representa viagens e conexões com o mundo exterior. Quando essa área está pesada, a sensação é de que você não tem apoio, que caminha sozinho.</w:t>
      </w:r>
    </w:p>
    <w:p>
      <w:r>
        <w:t>Família e Saúde, centro esquerdo: as raízes, a saúde física, a relação com os ancestrais e a família de origem. Problemas crônicos de saúde muitas vezes têm correlação com sha chi nessa área.</w:t>
      </w:r>
    </w:p>
    <w:p>
      <w:r>
        <w:t>Centro/Saúde Geral, centro: é o núcleo da casa, a Serpente do sistema dos 5 Animais. Representa a saúde geral, o equilíbrio de tudo. Deve estar sempre limpo, desobstruído, bem iluminado. Sha chi no centro afeta todas as outras áreas.</w:t>
      </w:r>
    </w:p>
    <w:p>
      <w:r>
        <w:t>Criatividade e Filhos, centro direito: a expressão criativa, projetos, filhos e tudo que você cria no mundo, seja uma empresa, uma obra de arte, um projeto de vida.</w:t>
      </w:r>
    </w:p>
    <w:p>
      <w:r>
        <w:t>Prosperidade e Riqueza, superior esquerdo: o guá mais famoso do bagua. Representa abundância, fluxo financeiro e gratidão. É o canto que mais perguntas gera nas minhas aulas.</w:t>
      </w:r>
    </w:p>
    <w:p>
      <w:r>
        <w:t>Fama e Reputação, superior centro: como o mundo te vê, sua imagem pública, o reconhecimento do seu trabalho. Em casos de profissionais que fazem bom trabalho mas não têm visibilidade, esse guá quase sempre precisa de ativação.</w:t>
      </w:r>
    </w:p>
    <w:p>
      <w:r>
        <w:t>Relacionamentos e Amor, superior direito: a vida amorosa, o relacionamento a dois, as parcerias. E também a relação consigo mesmo, porque tudo começa aí.</w:t>
      </w:r>
    </w:p>
    <w:p>
      <w:pPr>
        <w:pStyle w:val="Heading2"/>
      </w:pPr>
      <w:r>
        <w:t>O que fazer com o guá de Prosperidade - sem exagero</w:t>
      </w:r>
    </w:p>
    <w:p>
      <w:r>
        <w:t>Preciso falar sobre o guá da Prosperidade porque é onde mais vejo distorções. Pessoa coloca moeda chinesa, sapo de três patas, planta, cristal, vela roxa e confete dourado num canto e fica esperando o dinheiro aparecer.</w:t>
      </w:r>
    </w:p>
    <w:p>
      <w:r>
        <w:t>Feng shui não funciona assim. O guá da Prosperidade responde a três coisas: limpeza, sem nada de acúmulo ou entulho; vitalidade, algo vivo e saudável, pois uma planta florescente é ideal; e intenção, você sabe o que está ativando e por quê.</w:t>
      </w:r>
    </w:p>
    <w:p>
      <w:r>
        <w:t>Uma planta bem cuidada, folhas verdes e vigorosas, no canto superior esquerdo da sua casa é mais poderoso do que qualquer adereço místico comprado em loja. A energia que você coloca de cuidado e intenção é o que ativa o bagua. Não o objeto em si.</w:t>
      </w:r>
    </w:p>
    <w:p>
      <w:pPr>
        <w:pStyle w:val="Heading2"/>
      </w:pPr>
      <w:r>
        <w:t>Casas com formato irregular: o que fazer</w:t>
      </w:r>
    </w:p>
    <w:p>
      <w:r>
        <w:t>A maioria das casas não é um retângulo perfeito. Tem varandas, garagens recuadas, banheiros que saem do alinhamento. E isso gera a pergunta clássica: "o guá da prosperidade caiu na garagem. E agora?"</w:t>
      </w:r>
    </w:p>
    <w:p>
      <w:r>
        <w:t>No feng shui, áreas que ficam fora do retângulo principal são chamadas de extensões ou faltas. Uma extensão, área que avança para fora, pode ampliar a energia daquele guá. Uma falta, área que está recuada ou ausente, enfraquece.</w:t>
      </w:r>
    </w:p>
    <w:p>
      <w:r>
        <w:t>A cura para uma falta é criar visualmente a área ausente: um espelho na parede que estende o espaço, uma planta vigorosa no canto, uma luminária que preencha o vazio. O objetivo é completar o retângulo energeticamente, mesmo que arquitetonicamente ele não exista.</w:t>
      </w:r>
    </w:p>
    <w:p>
      <w:pPr>
        <w:pStyle w:val="Heading2"/>
      </w:pPr>
      <w:r>
        <w:t>O bagua como prática diária</w:t>
      </w:r>
    </w:p>
    <w:p>
      <w:r>
        <w:t>Eu não peço para os alunos decorar o bagua e ficarem verificando cada objeto da casa compulsivamente. Isso seria exaustivo e contraproducente.</w:t>
      </w:r>
    </w:p>
    <w:p>
      <w:r>
        <w:t>O que peço é uma coisa simples: quando algo na sua vida não estiver fluindo bem, olhe para o guá correspondente. Área financeira travada, veja o canto superior esquerdo. Relacionamento estressado, olhe o canto superior direito. Saúde em declínio, cheque o centro e o canto esquerdo central.</w:t>
      </w:r>
    </w:p>
    <w:p>
      <w:r>
        <w:t>Na maioria das vezes, você vai encontrar acúmulo, objetos quebrados, sha chi acumulado. E a cura começa pela limpeza, sempre.</w:t>
      </w:r>
    </w:p>
    <w:p>
      <w:pPr>
        <w:pStyle w:val="Heading2"/>
      </w:pPr>
      <w:r>
        <w:t>Comece pelo centro</w:t>
      </w:r>
    </w:p>
    <w:p>
      <w:r>
        <w:t>Se você está começando agora e não sabe por onde ir, minha recomendação é sempre: comece pelo centro. O centro alimenta os oito guás ao redor. Um centro limpo, iluminado e organizado levanta toda a casa.</w:t>
      </w:r>
    </w:p>
    <w:p>
      <w:r>
        <w:t>Depois, identifique a área da sua vida que mais precisa de atenção agora. Vá para o guá correspondente. Limpe. Retire o que está quebrado ou parado. Coloque algo vivo e saudável. Faça isso com intenção - sabendo por que está fazendo.</w:t>
      </w:r>
    </w:p>
    <w:p>
      <w:r>
        <w:t>O bagua é uma linguagem. E como toda linguagem, quanto mais você usa, mais fluente você fica. Com o tempo, você vai entrar em qualquer ambiente e imediatamente ler o que está acontecendo, sem precisar de bússola, sem precisar de consultor.</w:t>
      </w:r>
    </w:p>
    <w:p>
      <w:pPr>
        <w:pStyle w:val="Heading2"/>
      </w:pPr>
      <w:r>
        <w:t>O bagua e a vida que você quer viver</w:t>
      </w:r>
    </w:p>
    <w:p>
      <w:r>
        <w:t>Eu aprendi a usar o bagua não como receita de sucesso, mas como ferramenta de diagnóstico. Quando entro na casa de alguém e vejo o guá dos relacionamentos cheio de caixas antigas e objetos do ex, eu sei o que está emperrado antes mesmo de a pessoa terminar de falar.</w:t>
      </w:r>
    </w:p>
    <w:p>
      <w:r>
        <w:t>Isso não é magia. É leitura de espaço. O que você acumula, o que você mantém, o que você descuida - tudo isso diz quem você é e o que você está disposto a deixar entrar na sua vida.</w:t>
      </w:r>
    </w:p>
    <w:p>
      <w:r>
        <w:t>O bagua oferece um mapa. Mas quem faz a caminhada é você.</w:t>
      </w:r>
    </w:p>
    <w:p>
      <w:r>
        <w:t>Se esse tema te interessa de verdade, seja para cuidar do seu próprio lar ou para aprender a fazer isso por outras pessoas, me acompanha aqui. Toda semana eu trago um aspecto diferente do feng shui, aplicado, sem enrolação.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