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Os 5 Animais Celestiais do feng shui: como mapear a energia do seu lar com um sistema de 3.000 anos</w:t>
      </w:r>
    </w:p>
    <w:p>
      <w:r>
        <w:t>META: Entenda o sistema dos 5 Animais Celestiais do feng shui - Dragão, Tigre, Fênix, Tartaruga e Serpente - e como aplicar na sua casa hoje.</w:t>
      </w:r>
    </w:p>
    <w:p>
      <w:r>
        <w:t>Quando comecei a estudar feng shui a fundo, o sistema que mais me impressionou foi o dos 5 Animais Celestiais. Não pela poesia dos nomes, embora haja poesia nisso, mas pela precisão com que ele descreve algo que qualquer pessoa sente intuitivamente ao entrar num espaço: há lugares que acolhem, e há lugares que expõem.</w:t>
      </w:r>
    </w:p>
    <w:p>
      <w:r>
        <w:t>Este sistema tem mais de 3.000 anos. Ele surgiu da observação da paisagem natural, de como os antigos chineses avaliavam terrenos para escolher onde construir aldeias, templos e cidades. Com o tempo, foi adaptado para o interior das casas. E funciona.</w:t>
      </w:r>
    </w:p>
    <w:p>
      <w:r>
        <w:t>Neste artigo, vou te apresentar cada um dos 5 Animais, o que representam e como você pode aplicar esse olhar hoje na sua casa, sem bússola, sem instrumentos, sem complicação.</w:t>
      </w:r>
    </w:p>
    <w:p>
      <w:pPr>
        <w:pStyle w:val="Heading2"/>
      </w:pPr>
      <w:r>
        <w:t>A lógica por trás dos animais</w:t>
      </w:r>
    </w:p>
    <w:p>
      <w:r>
        <w:t>O sistema parte de uma posição de referência: você de frente para o exterior, olhando pela porta principal para fora. A partir daí, cada direção tem um animal, uma cor e uma qualidade.</w:t>
      </w:r>
    </w:p>
    <w:p>
      <w:r>
        <w:t>Não é superstição. É geometria do espaço e da proteção. Os antigos perceberam que determinadas configurações de terreno e construção criavam ambientes naturalmente protegidos, com boa circulação de vento e de energia. Os animais são a forma poética, e memorável, de codificar esse conhecimento.</w:t>
      </w:r>
    </w:p>
    <w:p>
      <w:r>
        <w:t>O que me fascina nesse sistema é que ele é universal. Toda vez que você se sente confortável num restaurante que acabou de entrar, num consultório, num quarto de hotel, há quase sempre um dos 5 Animais bem posicionado. Você não sabe nomear, mas o seu corpo sabe.</w:t>
      </w:r>
    </w:p>
    <w:p>
      <w:pPr>
        <w:pStyle w:val="Heading2"/>
      </w:pPr>
      <w:r>
        <w:t>A Tartaruga Negra: o suporte que vem de trás</w:t>
      </w:r>
    </w:p>
    <w:p>
      <w:r>
        <w:t>A Tartaruga fica atrás de você. Em termos de terreno, é o morro, a construção mais alta, a parede sólida nas suas costas. Ela representa proteção, suporte, retaguarda.</w:t>
      </w:r>
    </w:p>
    <w:p>
      <w:r>
        <w:t>Quando a Tartaruga está forte, você tem suporte na vida: financeiro, familiar, emocional. Quando ela está fraca, com terreno que declina para trás, vizinhança mais baixa atrás da sua casa, quarto sem parede sólida na cabeceira, a sensação é de instabilidade, de que as coisas escorregam.</w:t>
      </w:r>
    </w:p>
    <w:p>
      <w:r>
        <w:t>Na prática dentro de casa: a cabeceira encostada em parede sólida é uma aplicação direta da Tartaruga. No escritório, a cadeira encostada à parede em vez de à janela é Tartaruga forte. É por isso que reuniões de negócios que acontecem com você de costas para a porta tendem a gerar insegurança: a Tartaruga está fraca.</w:t>
      </w:r>
    </w:p>
    <w:p>
      <w:r>
        <w:t>Quando você sente que as coisas não têm base, que os projetos começam e não se sustentam, que há uma sensação crônica de que o chão vai ceder, o primeiro lugar onde olho é a Tartaruga da casa.</w:t>
      </w:r>
    </w:p>
    <w:p>
      <w:pPr>
        <w:pStyle w:val="Heading2"/>
      </w:pPr>
      <w:r>
        <w:t>A Fênix Vermelha: o espaço que abre na sua frente</w:t>
      </w:r>
    </w:p>
    <w:p>
      <w:r>
        <w:t>A Fênix fica à frente. Em termos de paisagem, é o espaço aberto, o horizonte desobstruído, a visão ampla. Ela representa oportunidades, visão de futuro, o que está por vir.</w:t>
      </w:r>
    </w:p>
    <w:p>
      <w:r>
        <w:t>Uma casa com boa Fênix tem espaço generoso na frente: jardim, rua ampla, praça. Quando a Fênix está bloqueada, com muro alto colado na porta, construção que tampa a vista logo à frente ou corredor estreito logo após entrar, as oportunidades chegam obstruídas, com dificuldade.</w:t>
      </w:r>
    </w:p>
    <w:p>
      <w:r>
        <w:t>Dentro de casa: a sala de estar com boa iluminação na frente, a mesa de jantar com espaço amplo à frente do assento principal. No escritório: o gestor que vê a porta da sala tem naturalmente mais consciência do que acontece ao seu redor e mais senso de controle sobre a situação.</w:t>
      </w:r>
    </w:p>
    <w:p>
      <w:r>
        <w:t>A Fênix também representa a capacidade de sonhar. Quando o horizonte está tapado, a capacidade de projetar o futuro diminui. Não é metáfora: é arquitetura da mente.</w:t>
      </w:r>
    </w:p>
    <w:p>
      <w:pPr>
        <w:pStyle w:val="Heading2"/>
      </w:pPr>
      <w:r>
        <w:t>O Dragão Verde: a força que sustenta pela esquerda</w:t>
      </w:r>
    </w:p>
    <w:p>
      <w:r>
        <w:t>O Dragão fica à sua esquerda, e deve ser maior, mais alto e mais forte do que o Tigre. Ele representa a força ativa, o yang, a iniciativa, a prosperidade em movimento.</w:t>
      </w:r>
    </w:p>
    <w:p>
      <w:r>
        <w:t>Terrenos com elevação natural à esquerda, construções mais altas do vizinho à esquerda, uma árvore grande do lado esquerdo do terreno: tudo isso fortalece o Dragão. Em casas com Dragão forte, costumamos ver maior fluxo de oportunidades financeiras e mais capacidade de ação dos moradores.</w:t>
      </w:r>
    </w:p>
    <w:p>
      <w:r>
        <w:t>No interior da casa, a fonte de água, como aquário ou fonte decorativa, posicionada à esquerda da entrada do ponto de vista de quem entra, ativa o Dragão e, segundo a tradição, favorece a prosperidade.</w:t>
      </w:r>
    </w:p>
    <w:p>
      <w:pPr>
        <w:pStyle w:val="Heading2"/>
      </w:pPr>
      <w:r>
        <w:t>O Tigre Branco: a guarda que precisa ser menor</w:t>
      </w:r>
    </w:p>
    <w:p>
      <w:r>
        <w:t>O Tigre fica à direita, e deve ser menor e mais baixo que o Dragão. Ele representa a força receptiva, o yin, a cautela, o suporte auxiliar.</w:t>
      </w:r>
    </w:p>
    <w:p>
      <w:r>
        <w:t>O equilíbrio entre Dragão e Tigre é fundamental. Quando o Tigre é mais alto que o Dragão, com construção do vizinho à direita mais imponente ou terreno que sobe à direita e desce à esquerda, o equilíbrio se inverte. Isso pode criar ambientes onde a cautela vira paralisia e a proteção vira bloqueio.</w:t>
      </w:r>
    </w:p>
    <w:p>
      <w:r>
        <w:t>Um ajuste prático: se a topografia não favorece, você pode usar elementos decorativos para equilibrar. Uma escultura mais alta à esquerda, um móvel ou armário que eleva visualmente o lado do Dragão. O princípio permanece: Dragão maior que Tigre.</w:t>
      </w:r>
    </w:p>
    <w:p>
      <w:r>
        <w:t>Uma imagem que uso com os alunos: imagine um abraço. O Dragão é o braço esquerdo, que envolve com mais força. O Tigre é o braço direito, que apoia com leveza. Os dois são necessários. Mas o abraço é liderado pelo esquerdo.</w:t>
      </w:r>
    </w:p>
    <w:p>
      <w:pPr>
        <w:pStyle w:val="Heading2"/>
      </w:pPr>
      <w:r>
        <w:t>A Serpente Amarela: você no centro de tudo</w:t>
      </w:r>
    </w:p>
    <w:p>
      <w:r>
        <w:t>A Serpente é o centro, e representa o próprio ocupante. Você. Sua energia, sua saúde, seu estado interno.</w:t>
      </w:r>
    </w:p>
    <w:p>
      <w:r>
        <w:t>Se os quatro animais externos estão bem posicionados mas o centro está caótico - bagunça, objetos quebrados, acúmulo, sujeira - a energia que circula de fora não tem para onde ir. A Serpente precisa de um centro limpo, organizado, vivo.</w:t>
      </w:r>
    </w:p>
    <w:p>
      <w:r>
        <w:t>É por isso que a primeira orientação do feng shui, antes de qualquer cura sofisticada, é sempre: limpe, organize, livre-se do que não serve. O chi que entra pela Fênix, protegido pela Tartaruga, sustentado pelo Dragão e guardado pelo Tigre, precisa de um centro digno para se instalar.</w:t>
      </w:r>
    </w:p>
    <w:p>
      <w:pPr>
        <w:pStyle w:val="Heading2"/>
      </w:pPr>
      <w:r>
        <w:t>Como aplicar hoje na sua casa</w:t>
      </w:r>
    </w:p>
    <w:p>
      <w:r>
        <w:t>Fique de pé na porta principal, olhando para fora:</w:t>
      </w:r>
    </w:p>
    <w:p>
      <w:r>
        <w:t>Atrás de você, dentro de casa: tem parede sólida? Há suporte estrutural? Ou a energia cai para trás? Esse é o Dragão.</w:t>
      </w:r>
    </w:p>
    <w:p>
      <w:r>
        <w:t>À sua frente, exterior: o espaço está aberto, iluminado, sem obstrução imediata? Essa é a Fênix.</w:t>
      </w:r>
    </w:p>
    <w:p>
      <w:r>
        <w:t>À sua esquerda: há algo mais alto, mais imponente, que sustente? Esse é o Dragão Verde.</w:t>
      </w:r>
    </w:p>
    <w:p>
      <w:r>
        <w:t>À sua direita: está mais baixo, mais discreto que a esquerda? Esse é o Tigre Branco.</w:t>
      </w:r>
    </w:p>
    <w:p>
      <w:r>
        <w:t>No centro da casa: está limpo e organizado? Essa é a Serpente.</w:t>
      </w:r>
    </w:p>
    <w:p>
      <w:r>
        <w:t>Cada resposta negativa é um ajuste possível. Nem sempre você pode mudar a topografia do terreno, mas pode compensar com altura de móveis, posicionamento de elementos, escolha de onde trabalha e dorme.</w:t>
      </w:r>
    </w:p>
    <w:p>
      <w:pPr>
        <w:pStyle w:val="Heading2"/>
      </w:pPr>
      <w:r>
        <w:t>Por que esse sistema ainda funciona</w:t>
      </w:r>
    </w:p>
    <w:p>
      <w:r>
        <w:t>Eu uso o sistema dos 5 Animais em todas as consultas. Não porque é místico, mas porque é uma linguagem precisa para descrever o que as pessoas já sentem mas não sabem nomear.</w:t>
      </w:r>
    </w:p>
    <w:p>
      <w:r>
        <w:t>Quando entro em uma casa e vejo a Tartaruga fraca, já sei que os moradores têm sensação de instabilidade. Quando vejo a Fênix bloqueada, as oportunidades chegando travadas faz sentido. Não é adivinhação. É leitura de espaço.</w:t>
      </w:r>
    </w:p>
    <w:p>
      <w:r>
        <w:t>Se esse assunto te interessa e você quer aprender a fazer essa leitura com mais profundidade, seja para a sua casa ou para ajudar outras pessoas, me acompanha aqui. Tenho muito mais a compartilhar sobre feng shui aplicado.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