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 espelho que rouba o seu sono: o que o feng shui diz sobre o quarto</w:t>
      </w:r>
    </w:p>
    <w:p>
      <w:r>
        <w:t>META: Saiba como posicionar a cama, o espelho e as cores no quarto segundo o feng shui. Dicas práticas para dormir melhor e melhorar relacionamentos.</w:t>
      </w:r>
    </w:p>
    <w:p>
      <w:r>
        <w:t>Recebi uma mensagem de um aluno semana passada: "Professor, acordo cansado todo dia. Já fiz exame, não tem nada." Perguntei a ele: "Seu espelho reflete sua cama?" Ele foi verificar. Voltou: "Reflete, sim. E é grande."</w:t>
      </w:r>
    </w:p>
    <w:p>
      <w:r>
        <w:t>Mandei ele cobrir o espelho por uma semana. Resultado: dormiu melhor na terceira noite. Na sétima, disse que estava acordando descansado pela primeira vez em anos.</w:t>
      </w:r>
    </w:p>
    <w:p>
      <w:r>
        <w:t>O quarto é o ambiente mais íntimo da casa. É onde você descansa, onde seu corpo se recupera, onde o casal se encontra. O feng shui dedica atenção especial a ele, e os erros mais comuns são também os mais fáceis de corrigir.</w:t>
      </w:r>
    </w:p>
    <w:p>
      <w:pPr>
        <w:pStyle w:val="Heading2"/>
      </w:pPr>
      <w:r>
        <w:t>A posição da cama: a regra que ninguém te contou</w:t>
      </w:r>
    </w:p>
    <w:p>
      <w:r>
        <w:t>Existe um princípio que eu chamo de posição de comando. Deitado na cama, com a cabeça no travesseiro, você deve conseguir ver a porta, mas sem estar diretamente na linha dela.</w:t>
      </w:r>
    </w:p>
    <w:p>
      <w:r>
        <w:t>O que isso significa na prática: a porta deve aparecer numa diagonal. Você vira levemente a cabeça e vê quem entra. Não está de frente para a porta, o que cria uma tensão constante e inconsciente no corpo, nem de costas para ela, que gera sensação de vulnerabilidade.</w:t>
      </w:r>
    </w:p>
    <w:p>
      <w:r>
        <w:t>A pior posição é com os pés apontados diretamente para a porta. No feng shui chinês, essa é chamada de posição do caixão, e a razão é simples: é como os mortos são retirados dos quartos. Seu corpo inconscientemente reconhece isso. A qualidade do sono piora. O cansaço crônico aparece.</w:t>
      </w:r>
    </w:p>
    <w:p>
      <w:r>
        <w:t>Se o layout do seu quarto só permite uma posição e ela está com os pés para a porta, a cura tradicional é colocar algo entre a cama e a porta: um baú, uma calçadeira, um biombo baixo. Qualquer elemento que crie uma barreira visual e energética entre você deitado e a entrada do cômodo.</w:t>
      </w:r>
    </w:p>
    <w:p>
      <w:pPr>
        <w:pStyle w:val="Heading2"/>
      </w:pPr>
      <w:r>
        <w:t>O espelho que não pode estar no quarto - ou precisa estar coberto</w:t>
      </w:r>
    </w:p>
    <w:p>
      <w:r>
        <w:t>Espelhos duplicam energias. Se você coloca um espelho refletindo algo bom, ele amplifica. Se ele reflete a cama, o seu corpo em estado de sono, vulnerável, em repouso, ele cria uma duplicação energética que perturba o descanso.</w:t>
      </w:r>
    </w:p>
    <w:p>
      <w:r>
        <w:t>Na tradição do feng shui, acredita-se que durante o sono a alma se afasta levemente do corpo para recuperar. Um espelho refletindo essa cena confunde essa energia, cria uma presença duplicada no quarto e prejudica não só o sono mas também a relação do casal.</w:t>
      </w:r>
    </w:p>
    <w:p>
      <w:r>
        <w:t>A cura mais simples: cobrir o espelho à noite. Uma cortina, um pano, uma persiana que cubra o reflexo quando você vai dormir. Se for um guarda-roupa com espelho na porta, feche a porta antes de deitar. Parece pequeno. O resultado não é.</w:t>
      </w:r>
    </w:p>
    <w:p>
      <w:r>
        <w:t>Já tive alunos que me disseram que achavam superstição, mas experimentaram por curiosidade. A maioria voltou com relatos de melhora no sono na primeira semana. Não precisa acreditar para experimentar.</w:t>
      </w:r>
    </w:p>
    <w:p>
      <w:pPr>
        <w:pStyle w:val="Heading2"/>
      </w:pPr>
      <w:r>
        <w:t>A cabeceira: o que fica atrás de você importa</w:t>
      </w:r>
    </w:p>
    <w:p>
      <w:r>
        <w:t>A cabeceira precisa de retaguarda. Isso significa uma parede sólida atrás, sem janela, sem porta, sem canos de água, sem passagem.</w:t>
      </w:r>
    </w:p>
    <w:p>
      <w:r>
        <w:t>No sistema dos 5 Animais do feng shui, a tartaruga representa o suporte que vem de trás. Quando você dorme sem essa proteção, com a cabeceira encostada em janela, espaço vazio atrás, ou pior ainda com porta dos fundos alinhada com a cabeça, o sono é superficial, a sensação de segurança é baixa e os problemas de saúde aparecem com mais frequência.</w:t>
      </w:r>
    </w:p>
    <w:p>
      <w:r>
        <w:t>Se a arquitetura do quarto não permite parede sólida na cabeceira, a solução é criar uma barreira visual e energética: uma cabeceira alta e firme, um painel de madeira, um armário posicionado estrategicamente. O objetivo é que seu corpo saiba, inconscientemente, que está protegido por trás.</w:t>
      </w:r>
    </w:p>
    <w:p>
      <w:r>
        <w:t>Um detalhe importante: janela atrás da cabeceira não é só feng shui. É sensação física real. O vento que passa, a claridade que entra de madrugada, os sons externos. Seu sistema nervoso permanece mais alerta. A parede sólida cria um silêncio que vai além do som.</w:t>
      </w:r>
    </w:p>
    <w:p>
      <w:pPr>
        <w:pStyle w:val="Heading2"/>
      </w:pPr>
      <w:r>
        <w:t>Plantas no quarto: sim ou não?</w:t>
      </w:r>
    </w:p>
    <w:p>
      <w:r>
        <w:t>Esse é um tema polêmico. Muita gente diz que planta no quarto rouba oxigênio à noite. Do ponto de vista do feng shui, a questão é outra: planta gera energia yang, de movimento e crescimento. O quarto precisa de yin - repouso, quietude, recuperação.</w:t>
      </w:r>
    </w:p>
    <w:p>
      <w:r>
        <w:t>Não significa que nunca pode ter planta. Significa que plantas exuberantes, grandes e muito vigorosas no quarto podem dificultar o descanso. Uma plantinha pequena, em vaso bonito, num canto que não seja perto da cama, pode funcionar bem. Um jardim interno no quarto é demais.</w:t>
      </w:r>
    </w:p>
    <w:p>
      <w:r>
        <w:t>Flores também merecem atenção. Flores frescas no quarto têm uma energia muito yang, especialmente em grandes arranjos. Se você gosta de flores no ambiente, prefira-as na sala ou na entrada, onde essa vitalidade é bem-vinda.</w:t>
      </w:r>
    </w:p>
    <w:p>
      <w:pPr>
        <w:pStyle w:val="Heading2"/>
      </w:pPr>
      <w:r>
        <w:t>Cores do quarto: o que ativa e o que acalma</w:t>
      </w:r>
    </w:p>
    <w:p>
      <w:r>
        <w:t>Cores têm vibração. Isso não é novidade para ninguém que já pintou um quarto de vermelho e ficou agitado, ou de azul escuro e sentiu o ambiente pesado.</w:t>
      </w:r>
    </w:p>
    <w:p>
      <w:r>
        <w:t>Para o quarto, o feng shui favorece tons que induzem ao repouso: bege, terracota suave, off-white, cinza quente, azul acinzentado, verde musgo. Cores que lembram a terra, a natureza em estado de quietude.</w:t>
      </w:r>
    </w:p>
    <w:p>
      <w:r>
        <w:t>Vermelho intenso, laranja vibrante, amarelo neon: essas cores têm energia de fogo e ação. Ótimas em outros ambientes, mas no quarto elas trabalham contra o que você precisa que o cômodo entregue, que é descanso profundo.</w:t>
      </w:r>
    </w:p>
    <w:p>
      <w:r>
        <w:t>Para casais que querem reativar a energia do relacionamento no quarto, o feng shui sugere toques de rosa suave, terracota ou bordô discreto. Essas cores ativam o elemento fogo de forma gentil, sem a agressividade do vermelho puro.</w:t>
      </w:r>
    </w:p>
    <w:p>
      <w:pPr>
        <w:pStyle w:val="Heading2"/>
      </w:pPr>
      <w:r>
        <w:t>Eletroeletrônicos: o inimigo silencioso do sono</w:t>
      </w:r>
    </w:p>
    <w:p>
      <w:r>
        <w:t>O feng shui tradicional não falava em roteadores WiFi porque eles não existiam. Mas o princípio se aplica: campos eletromagnéticos no quarto são sha chi tecnológico. Eles interferem no sono, na recuperação do corpo e, sim, na qualidade do relacionamento do casal.</w:t>
      </w:r>
    </w:p>
    <w:p>
      <w:r>
        <w:t>Roteador WiFi no quarto: tire. Televisão com tela apagada refletindo a cama: cubra ou retire. Celular na mesinha de cabeceira: no mínimo, coloque em modo avião. Você não precisa acreditar cegamente nisso. Experimente por uma semana e observe o que muda no seu sono.</w:t>
      </w:r>
    </w:p>
    <w:p>
      <w:r>
        <w:t>Sobre a televisão no quarto: além do campo eletromagnético, a tela desligada funciona como espelho. E já falamos o suficiente sobre o que espelhos refletindo a cama fazem com o descanso.</w:t>
      </w:r>
    </w:p>
    <w:p>
      <w:pPr>
        <w:pStyle w:val="Heading2"/>
      </w:pPr>
      <w:r>
        <w:t>O que fazer hoje no seu quarto</w:t>
      </w:r>
    </w:p>
    <w:p>
      <w:r>
        <w:t>Antes de dormir hoje à noite, faça isso:</w:t>
      </w:r>
    </w:p>
    <w:p>
      <w:r>
        <w:t>Deite na sua cama e observe. A porta está numa diagonal - você consegue ver quem entra sem estar alinhado diretamente? Tem espelho refletindo você deitado? A cabeceira está apoiada em parede sólida? O quarto está limpo e organizado, ou tem acúmulo de objetos?</w:t>
      </w:r>
    </w:p>
    <w:p>
      <w:r>
        <w:t>Cada resposta negativa é um ajuste que você pode fazer. Não precisa de reforma. Precisa de atenção, e de entender que o ambiente onde você passa um terço da sua vida merece cuidado.</w:t>
      </w:r>
    </w:p>
    <w:p>
      <w:pPr>
        <w:pStyle w:val="Heading2"/>
      </w:pPr>
      <w:r>
        <w:t>Quarto curado, vida curada</w:t>
      </w:r>
    </w:p>
    <w:p>
      <w:r>
        <w:t>Sempre que trabalho o quarto de alguém, o feedback que recebo não é só "dormi melhor". É: "meu relacionamento melhorou", "estou me sentindo menos ansioso", "minha saúde deu uma virada".</w:t>
      </w:r>
    </w:p>
    <w:p>
      <w:r>
        <w:t>O quarto não é só onde você dorme. É onde você recarrega. E a qualidade do que entra na sua vida depende muito da qualidade com que você sai de cada manhã.</w:t>
      </w:r>
    </w:p>
    <w:p>
      <w:r>
        <w:t>Uma noite de sono restaurador muda o seu humor, a sua tomada de decisão, a sua paciência com as pessoas que você ama. O feng shui no quarto não é sobre superstição. É sobre criar as condições certas para que o seu corpo e a sua mente descansem de verdade.</w:t>
      </w:r>
    </w:p>
    <w:p>
      <w:r>
        <w:t>Se quiser continuar aprendendo sobre feng shui aplicado - não o teórico, mas o que você usa no dia a dia - me acompanha aqui. Toda semana tem conteúdo novo.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