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 porta que afasta a sorte: o que a entrada da sua casa está dizendo sobre você</w:t>
      </w:r>
    </w:p>
    <w:p>
      <w:r>
        <w:t>META: Descubra como a entrada da sua casa afeta saúde, dinheiro e relacionamentos segundo o feng shui. Dicas práticas de tapete, espelho e porta.</w:t>
      </w:r>
    </w:p>
    <w:p>
      <w:r>
        <w:t>Ontem, uma aluna me mandou uma mensagem: "Professor, mudei de emprego, separei, adoeci. Tudo no mesmo ano. O que está acontecendo?" Perguntei como estava a entrada da casa dela. Silêncio. Depois: "Entulhada. A porta trava um pouco pra abrir."</w:t>
      </w:r>
    </w:p>
    <w:p>
      <w:r>
        <w:t>Não é coincidência. No feng shui, a porta principal é chamada de a boca da casa. É por ela que o chi, a energia vital, entra. Se a boca está entupida, fraca ou travada, o que você acha que acontece com tudo que deveria entrar na sua vida?</w:t>
      </w:r>
    </w:p>
    <w:p>
      <w:r>
        <w:t>Neste artigo, quero te mostrar o que o feng shui chinês diz sobre a entrada da casa e o que você pode ajustar hoje, sem reforma, sem gastar nada.</w:t>
      </w:r>
    </w:p>
    <w:p>
      <w:pPr>
        <w:pStyle w:val="Heading2"/>
      </w:pPr>
      <w:r>
        <w:t>Por que a entrada importa mais do que qualquer outro cômodo</w:t>
      </w:r>
    </w:p>
    <w:p>
      <w:r>
        <w:t>Existe uma hierarquia nos ambientes. A sala é importante. A cozinha é importante. Mas a entrada é onde tudo começa.</w:t>
      </w:r>
    </w:p>
    <w:p>
      <w:r>
        <w:t>O chi precisa entrar antes de circular. Se a entrada está bloqueada - objetos acumulados, luz fraca, porta com dificuldade de abrir, cheiro ruim, lixeira logo na frente - a energia simplesmente não entra em quantidade suficiente para alimentar o resto da casa.</w:t>
      </w:r>
    </w:p>
    <w:p>
      <w:r>
        <w:t>Eu costumo dizer que a entrada é como a boca de um rio. Se você tampar a nascente, não adianta nada fazer no leito. A água não chega.</w:t>
      </w:r>
    </w:p>
    <w:p>
      <w:r>
        <w:t>E mais: o que você encontra assim que entra em casa define o seu estado emocional para aquele momento. Um ambiente apertado, escuro, entulhado te abaixa o ânimo antes mesmo de você sentar no sofá. Energia e emoção andam juntas.</w:t>
      </w:r>
    </w:p>
    <w:p>
      <w:pPr>
        <w:pStyle w:val="Heading2"/>
      </w:pPr>
      <w:r>
        <w:t>O tapete: convidativo ou bloqueador?</w:t>
      </w:r>
    </w:p>
    <w:p>
      <w:r>
        <w:t>O tapete na entrada tem uma função simbólica e energética clara: ele é o primeiro contato que o visitante tem com a sua casa. É o aperto de mão.</w:t>
      </w:r>
    </w:p>
    <w:p>
      <w:r>
        <w:t>Tapete sujo, rasgado ou com as bordas levantadas manda uma mensagem antes mesmo de você dizer oi. Energeticamente, representa descuido, e o chi reflete isso. Tapete escuro demais em entrada sem luz natural aprofunda o problema.</w:t>
      </w:r>
    </w:p>
    <w:p>
      <w:r>
        <w:t>O ideal é tapete limpo, firme, em tons de terra, bege ou mesmo cores mais vivas, desde que combinando com o ambiente. Troque quando ele começar a mostrar desgaste. Não é superstição: é higiene energética.</w:t>
      </w:r>
    </w:p>
    <w:p>
      <w:r>
        <w:t>Um detalhe que pouca gente percebe: o tapete também serve como barreira energética simbólica. Ao pisá-lo, você faz a transição entre o mundo de fora e o seu espaço interno. Por isso, mantê-lo limpo e bonito não é capricho, é intenção.</w:t>
      </w:r>
    </w:p>
    <w:p>
      <w:pPr>
        <w:pStyle w:val="Heading2"/>
      </w:pPr>
      <w:r>
        <w:t>Espelho na entrada: aliado ou problema?</w:t>
      </w:r>
    </w:p>
    <w:p>
      <w:r>
        <w:t>Essa é uma das perguntas que mais recebo. E a resposta depende de onde o espelho está.</w:t>
      </w:r>
    </w:p>
    <w:p>
      <w:r>
        <w:t>Espelho de frente para a porta principal é o erro mais comum. Ele reflete o chi de volta para fora antes que entre. Você literalmente está devolvendo a energia antes de aproveitá-la. Já vi casas assim onde os moradores reclamavam que nunca sobrava dinheiro, que as coisas não ficavam. O espelho na frente da porta explica parte disso.</w:t>
      </w:r>
    </w:p>
    <w:p>
      <w:r>
        <w:t>Espelho na lateral da entrada, multiplicando um espaço bem cuidado, iluminado, com algo bonito à frente - ótimo. Ele amplifica o que já está bom. A regra do espelho no feng shui é sempre: o que ele reflete é o que ele multiplica.</w:t>
      </w:r>
    </w:p>
    <w:p>
      <w:r>
        <w:t>Se você tem um espelho de frente para a porta e não pode ou não quer removê-lo agora, uma solução provisória é colocar uma planta vigorosa entre a porta e o espelho. A planta absorve parte do chi antes que ele seja refletido, criando um filtro energético no ambiente.</w:t>
      </w:r>
    </w:p>
    <w:p>
      <w:pPr>
        <w:pStyle w:val="Heading2"/>
      </w:pPr>
      <w:r>
        <w:t>Porta que trava, range ou tem dificuldade de abrir</w:t>
      </w:r>
    </w:p>
    <w:p>
      <w:r>
        <w:t>Eu sempre peço para os alunos que me descrevem problemas crônicos em casa que comecem pela porta. Abra e feche. Ela abre fácil? Abre com leveza? Ou ela empurra, range, prende um pouco?</w:t>
      </w:r>
    </w:p>
    <w:p>
      <w:r>
        <w:t>A porta principal representa a sua capacidade de receber. Oportunidades, pessoas, recursos. Uma porta que resiste simboliza - e reforça - uma postura de resistência à entrada de coisas novas.</w:t>
      </w:r>
    </w:p>
    <w:p>
      <w:r>
        <w:t>A cura é simples: lubrifica as dobradiças, conserta a maçaneta, ajusta a folha para que a abertura seja suave. Isso não é misticismo. É cuidado com a sua casa, que reflete cuidado consigo mesmo.</w:t>
      </w:r>
    </w:p>
    <w:p>
      <w:r>
        <w:t>Uma porta que bate sozinha ou que fecha com impacto violento quando tem vento também merece atenção. No feng shui, essa energia de fechamento abrupto representa oportunidades que chegam e saem rápido demais, sem tempo de se instalar.</w:t>
      </w:r>
    </w:p>
    <w:p>
      <w:pPr>
        <w:pStyle w:val="Heading2"/>
      </w:pPr>
      <w:r>
        <w:t>Iluminação: o chi não entra no escuro</w:t>
      </w:r>
    </w:p>
    <w:p>
      <w:r>
        <w:t>Uma entrada escura é uma entrada de energia fraca. O chi segue a luz. Ambientes escuros acumulam energia pesada, estagnada, o que chamamos de sha chi.</w:t>
      </w:r>
    </w:p>
    <w:p>
      <w:r>
        <w:t>Se a sua entrada é naturalmente escura, seja sem janelas ou corredor estreito, a solução é iluminação artificial generosa. Luminárias que apontem para cima ativam o yang, a energia de movimento. Evite luz amarela muito fraca ou fria demais. Prefira algo entre 3000K e 4000K, que dá clareza sem agressividade.</w:t>
      </w:r>
    </w:p>
    <w:p>
      <w:r>
        <w:t>Outra opção que funciona muito bem: um objeto reflexivo estratégico, como um vaso de cerâmica com acabamento brilhante ou um quadro com moldura dourada. Eles capturam e redistribuem a luz disponível, ampliando visualmente o espaço e a presença de yang.</w:t>
      </w:r>
    </w:p>
    <w:p>
      <w:pPr>
        <w:pStyle w:val="Heading2"/>
      </w:pPr>
      <w:r>
        <w:t>O que não pode estar na entrada</w:t>
      </w:r>
    </w:p>
    <w:p>
      <w:r>
        <w:t>Vou ser direto aqui porque a lista de erros comuns é grande:</w:t>
      </w:r>
    </w:p>
    <w:p>
      <w:r>
        <w:t>Lixeira logo na entrada: isso é sha chi na boca da casa. A energia que entra já encontra o que foi descartado.</w:t>
      </w:r>
    </w:p>
    <w:p>
      <w:r>
        <w:t>Sapatos espalhados: além de convidar sha chi, objetos de fora da casa carregados de energia de outros lugares, comunicam desorganização e sinalizam uma casa que não cuida do seu próprio espaço de chegada.</w:t>
      </w:r>
    </w:p>
    <w:p>
      <w:r>
        <w:t>Móveis velhos, quebrados ou sem uso: tudo que está quebrado na casa representa algo quebrado na vida. A entrada amplifica isso porque é o primeiro filtro de energia.</w:t>
      </w:r>
    </w:p>
    <w:p>
      <w:r>
        <w:t>Quadros de guerras, figuras solitárias ou imagens de tristeza: o que você olha ao entrar em casa é o que você bebe todos os dias. Prefira imagens que trazem alegria, abundância ou tranquilidade.</w:t>
      </w:r>
    </w:p>
    <w:p>
      <w:r>
        <w:t>Escada descendo logo após a entrada: quando a porta abre direto para uma descida de degraus, o chi que entra escorrega para baixo antes de circular pela casa. Se for o caso da sua casa, a cura tradicional é um tapete vermelho ou elemento redondo que "segure" a energia.</w:t>
      </w:r>
    </w:p>
    <w:p>
      <w:pPr>
        <w:pStyle w:val="Heading2"/>
      </w:pPr>
      <w:r>
        <w:t>A planta certa no lugar certo</w:t>
      </w:r>
    </w:p>
    <w:p>
      <w:r>
        <w:t>Planta viva, saudável, com folhas arredondadas na entrada é ótimo. Ela traz vitalidade e suaviza ângulos.</w:t>
      </w:r>
    </w:p>
    <w:p>
      <w:r>
        <w:t>Mas aqui vai um aviso que costumo dar: cuidado com a espada-de-são-jorge na entrada. Eu sei que a tradição popular diz que ela protege. E de certa forma, sim, ela afasta. O problema é que ela afasta tudo: energias ruins e visitas. Se você quer uma casa que recebe bem, com movimento de pessoas e oportunidades, a espada na entrada trabalha contra você.</w:t>
      </w:r>
    </w:p>
    <w:p>
      <w:r>
        <w:t>Prefira plantas de folha larga, arredondada, bem cuidada. Uma orquídea em flor, um bambu da sorte num vaso bonito, uma ráfia saudável. Essas trazem o chi que você quer.</w:t>
      </w:r>
    </w:p>
    <w:p>
      <w:pPr>
        <w:pStyle w:val="Heading2"/>
      </w:pPr>
      <w:r>
        <w:t>O que fazer agora</w:t>
      </w:r>
    </w:p>
    <w:p>
      <w:r>
        <w:t>Você não precisa reformar a entrada para começar. Hoje, literalmente hoje, você pode:</w:t>
      </w:r>
    </w:p>
    <w:p>
      <w:r>
        <w:t>1. Tirar tudo que está acumulado perto da porta.</w:t>
      </w:r>
    </w:p>
    <w:p>
      <w:r>
        <w:t>2. Trocar ou lavar o tapete.</w:t>
      </w:r>
    </w:p>
    <w:p>
      <w:r>
        <w:t>3. Verificar se a porta abre com facilidade e lubrificar se necessário.</w:t>
      </w:r>
    </w:p>
    <w:p>
      <w:r>
        <w:t>4. Acender uma luz a mais se o corredor for escuro.</w:t>
      </w:r>
    </w:p>
    <w:p>
      <w:r>
        <w:t>5. Observar o que o espelho está refletindo e reposicioná-lo se for necessário.</w:t>
      </w:r>
    </w:p>
    <w:p>
      <w:r>
        <w:t>6. Retirar a lixeira da área imediata da entrada.</w:t>
      </w:r>
    </w:p>
    <w:p>
      <w:r>
        <w:t>Esses seis ajustes já alteram a qualidade da energia que entra na sua casa. Não é magia. É organizar o espaço para que o chi circule, entre e fique.</w:t>
      </w:r>
    </w:p>
    <w:p>
      <w:pPr>
        <w:pStyle w:val="Heading2"/>
      </w:pPr>
      <w:r>
        <w:t>A entrada como reflexo de quem você é</w:t>
      </w:r>
    </w:p>
    <w:p>
      <w:r>
        <w:t>Eu acompanho pessoas com o feng shui há muitos anos. E uma coisa que percebo sempre: quando a entrada muda, a vida muda. Não do dia pra noite, mas as pessoas começam a notar que as coisas estão fluindo melhor. Oportunidades aparecem. Relacionamentos melhoram. O ambiente dá a direção, e a direção muda o resultado.</w:t>
      </w:r>
    </w:p>
    <w:p>
      <w:r>
        <w:t>Não é acaso. Uma entrada cuidada diz ao universo energético: estou pronto para receber. Estou aberto ao fluxo. Não preciso mais resistir.</w:t>
      </w:r>
    </w:p>
    <w:p>
      <w:r>
        <w:t>Se você quiser entender mais sobre como o feng shui se aplica ao dia a dia, não a teoria, mas a prática, me acompanha aqui. Toda semana eu trago algum tema assim: simples, aplicável, sem esoterismo desnecessário.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